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9377" w14:textId="1F68FBA8" w:rsidR="002210EB" w:rsidRPr="00184424" w:rsidRDefault="002210EB" w:rsidP="00001350">
      <w:pPr>
        <w:spacing w:after="60"/>
        <w:rPr>
          <w:b/>
          <w:sz w:val="20"/>
          <w:szCs w:val="20"/>
          <w:lang w:val="bg-BG"/>
        </w:rPr>
      </w:pPr>
      <w:r w:rsidRPr="00001350">
        <w:rPr>
          <w:b/>
          <w:sz w:val="20"/>
          <w:szCs w:val="20"/>
          <w:lang w:val="bg-BG"/>
        </w:rPr>
        <w:t xml:space="preserve">  </w:t>
      </w:r>
    </w:p>
    <w:p w14:paraId="348BC6E5" w14:textId="77777777" w:rsidR="00184424" w:rsidRDefault="00184424" w:rsidP="00001350">
      <w:pPr>
        <w:tabs>
          <w:tab w:val="left" w:pos="720"/>
        </w:tabs>
        <w:rPr>
          <w:b/>
          <w:lang w:val="bg-BG"/>
        </w:rPr>
      </w:pPr>
    </w:p>
    <w:p w14:paraId="6980480A" w14:textId="10630839" w:rsidR="00001350" w:rsidRDefault="00001350" w:rsidP="00001350">
      <w:pPr>
        <w:tabs>
          <w:tab w:val="left" w:pos="720"/>
        </w:tabs>
        <w:rPr>
          <w:b/>
        </w:rPr>
      </w:pPr>
      <w:r>
        <w:rPr>
          <w:b/>
          <w:lang w:val="bg-BG"/>
        </w:rPr>
        <w:t xml:space="preserve">                                                       </w:t>
      </w:r>
      <w:r w:rsidR="00184424">
        <w:rPr>
          <w:b/>
          <w:lang w:val="bg-BG"/>
        </w:rPr>
        <w:t xml:space="preserve">                        </w:t>
      </w:r>
      <w:proofErr w:type="spellStart"/>
      <w:r>
        <w:rPr>
          <w:b/>
        </w:rPr>
        <w:t>Приет</w:t>
      </w:r>
      <w:proofErr w:type="spellEnd"/>
      <w:r>
        <w:rPr>
          <w:b/>
        </w:rPr>
        <w:t xml:space="preserve"> на ПС с </w:t>
      </w:r>
      <w:proofErr w:type="spellStart"/>
      <w:r>
        <w:rPr>
          <w:b/>
        </w:rPr>
        <w:t>Протокол</w:t>
      </w:r>
      <w:proofErr w:type="spellEnd"/>
      <w:r>
        <w:rPr>
          <w:b/>
        </w:rPr>
        <w:t xml:space="preserve"> № 1/15.09.2026 г.</w:t>
      </w:r>
    </w:p>
    <w:p w14:paraId="7958AA14" w14:textId="0E7AD4C9" w:rsidR="00001350" w:rsidRDefault="00001350" w:rsidP="00001350">
      <w:pPr>
        <w:tabs>
          <w:tab w:val="left" w:pos="720"/>
        </w:tabs>
        <w:rPr>
          <w:b/>
        </w:rPr>
      </w:pPr>
      <w:r>
        <w:rPr>
          <w:b/>
          <w:lang w:val="bg-BG"/>
        </w:rPr>
        <w:t xml:space="preserve">                                                                             </w:t>
      </w:r>
      <w:proofErr w:type="spellStart"/>
      <w:r>
        <w:rPr>
          <w:b/>
        </w:rPr>
        <w:t>Утвърден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заповед</w:t>
      </w:r>
      <w:proofErr w:type="spellEnd"/>
      <w:r>
        <w:rPr>
          <w:b/>
        </w:rPr>
        <w:t xml:space="preserve"> №</w:t>
      </w:r>
      <w:r w:rsidR="00831679">
        <w:rPr>
          <w:b/>
          <w:lang w:val="bg-BG"/>
        </w:rPr>
        <w:t>16/21</w:t>
      </w:r>
      <w:r>
        <w:rPr>
          <w:b/>
        </w:rPr>
        <w:t>.09.2026 г.</w:t>
      </w:r>
    </w:p>
    <w:p w14:paraId="5981CA88" w14:textId="0FEE11F8" w:rsidR="00001350" w:rsidRPr="00001350" w:rsidRDefault="00001350" w:rsidP="00001350">
      <w:pPr>
        <w:tabs>
          <w:tab w:val="left" w:pos="720"/>
        </w:tabs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      </w:t>
      </w:r>
      <w:proofErr w:type="spellStart"/>
      <w:proofErr w:type="gramStart"/>
      <w:r>
        <w:rPr>
          <w:b/>
        </w:rPr>
        <w:t>Директор:Елена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Любенова</w:t>
      </w:r>
      <w:proofErr w:type="spellEnd"/>
      <w:r>
        <w:rPr>
          <w:b/>
          <w:lang w:val="bg-BG"/>
        </w:rPr>
        <w:t xml:space="preserve"> Димитрова……………………</w:t>
      </w:r>
    </w:p>
    <w:p w14:paraId="6343BA9E" w14:textId="662C82D4" w:rsidR="00001350" w:rsidRDefault="00001350" w:rsidP="00001350">
      <w:pPr>
        <w:tabs>
          <w:tab w:val="left" w:pos="720"/>
        </w:tabs>
        <w:rPr>
          <w:b/>
          <w:color w:val="000000"/>
          <w:lang w:val="bg-BG"/>
        </w:rPr>
      </w:pPr>
      <w:r>
        <w:rPr>
          <w:b/>
        </w:rPr>
        <w:t xml:space="preserve">                                                                       </w:t>
      </w:r>
      <w:r>
        <w:rPr>
          <w:b/>
          <w:lang w:val="bg-BG"/>
        </w:rPr>
        <w:t xml:space="preserve">                                                                              </w:t>
      </w:r>
      <w:r>
        <w:rPr>
          <w:b/>
        </w:rPr>
        <w:t xml:space="preserve">/ </w:t>
      </w:r>
      <w:proofErr w:type="spellStart"/>
      <w:r>
        <w:rPr>
          <w:b/>
        </w:rPr>
        <w:t>подпис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печат</w:t>
      </w:r>
      <w:proofErr w:type="spellEnd"/>
      <w:r>
        <w:rPr>
          <w:b/>
        </w:rPr>
        <w:t xml:space="preserve"> /</w:t>
      </w:r>
      <w:r>
        <w:rPr>
          <w:b/>
          <w:color w:val="000000"/>
        </w:rPr>
        <w:t xml:space="preserve"> </w:t>
      </w:r>
    </w:p>
    <w:p w14:paraId="0890CC60" w14:textId="7D8A5053" w:rsidR="00184424" w:rsidRDefault="00184424" w:rsidP="00001350">
      <w:pPr>
        <w:tabs>
          <w:tab w:val="left" w:pos="720"/>
        </w:tabs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 xml:space="preserve">                                                           </w:t>
      </w:r>
    </w:p>
    <w:p w14:paraId="19B20899" w14:textId="297BF062" w:rsidR="00184424" w:rsidRPr="00184424" w:rsidRDefault="00184424" w:rsidP="00001350">
      <w:pPr>
        <w:tabs>
          <w:tab w:val="left" w:pos="720"/>
        </w:tabs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 xml:space="preserve">                                                 УТВЪРЖДАВАМ:</w:t>
      </w:r>
      <w:r>
        <w:rPr>
          <w:b/>
          <w:color w:val="000000"/>
          <w:lang w:val="bg-BG"/>
        </w:rPr>
        <w:pict w14:anchorId="12C1A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9EAB8569-A0F8-4352-85BE-2DE85D31479F}" provid="{00000000-0000-0000-0000-000000000000}" o:suggestedsigner="Елена Димитрова" o:suggestedsigner2="Директор-ДТ№115 &quot;Осми март&quot;" issignatureline="t"/>
          </v:shape>
        </w:pict>
      </w:r>
    </w:p>
    <w:p w14:paraId="14420DA1" w14:textId="77777777" w:rsidR="002210EB" w:rsidRDefault="002210EB" w:rsidP="002210EB">
      <w:pPr>
        <w:spacing w:after="240"/>
        <w:jc w:val="center"/>
        <w:rPr>
          <w:b/>
          <w:sz w:val="36"/>
          <w:szCs w:val="36"/>
          <w:lang w:val="bg-BG"/>
        </w:rPr>
      </w:pPr>
    </w:p>
    <w:p w14:paraId="2AD22971" w14:textId="77777777" w:rsidR="00001350" w:rsidRDefault="00001350" w:rsidP="002210EB">
      <w:pPr>
        <w:spacing w:after="240"/>
        <w:jc w:val="center"/>
        <w:rPr>
          <w:b/>
          <w:sz w:val="36"/>
          <w:szCs w:val="36"/>
          <w:lang w:val="bg-BG"/>
        </w:rPr>
      </w:pPr>
    </w:p>
    <w:p w14:paraId="02FB5B83" w14:textId="5922A6B7" w:rsidR="002210EB" w:rsidRPr="002210EB" w:rsidRDefault="002210EB" w:rsidP="002210EB">
      <w:pPr>
        <w:spacing w:after="240"/>
        <w:rPr>
          <w:sz w:val="36"/>
          <w:szCs w:val="36"/>
        </w:rPr>
      </w:pPr>
      <w:r>
        <w:rPr>
          <w:b/>
          <w:sz w:val="36"/>
          <w:szCs w:val="36"/>
          <w:lang w:val="bg-BG"/>
        </w:rPr>
        <w:t xml:space="preserve">                 </w:t>
      </w:r>
      <w:r w:rsidRPr="002210EB">
        <w:rPr>
          <w:b/>
          <w:sz w:val="36"/>
          <w:szCs w:val="36"/>
        </w:rPr>
        <w:t xml:space="preserve">ДЕТСКА ГРАДИНА № 115 „ОСМИ </w:t>
      </w:r>
      <w:proofErr w:type="gramStart"/>
      <w:r w:rsidRPr="002210EB">
        <w:rPr>
          <w:b/>
          <w:sz w:val="36"/>
          <w:szCs w:val="36"/>
        </w:rPr>
        <w:t>МАРТ“</w:t>
      </w:r>
      <w:proofErr w:type="gramEnd"/>
    </w:p>
    <w:p w14:paraId="1C2FEF9D" w14:textId="77777777" w:rsidR="002210EB" w:rsidRDefault="002210EB">
      <w:pPr>
        <w:spacing w:after="60"/>
        <w:jc w:val="center"/>
        <w:rPr>
          <w:b/>
          <w:lang w:val="bg-BG"/>
        </w:rPr>
      </w:pPr>
    </w:p>
    <w:p w14:paraId="5654AAB6" w14:textId="67ECD07D" w:rsidR="00026932" w:rsidRDefault="002210EB" w:rsidP="002210EB">
      <w:pPr>
        <w:spacing w:after="160"/>
      </w:pPr>
      <w:r>
        <w:rPr>
          <w:b/>
          <w:sz w:val="36"/>
          <w:lang w:val="bg-BG"/>
        </w:rPr>
        <w:t xml:space="preserve">                                          </w:t>
      </w:r>
      <w:r>
        <w:rPr>
          <w:b/>
          <w:sz w:val="36"/>
        </w:rPr>
        <w:t>ПРОГРАМА</w:t>
      </w:r>
    </w:p>
    <w:p w14:paraId="0925F332" w14:textId="77777777" w:rsidR="00026932" w:rsidRDefault="00CA46BD">
      <w:pPr>
        <w:spacing w:after="60"/>
        <w:jc w:val="center"/>
      </w:pPr>
      <w:r>
        <w:rPr>
          <w:b/>
          <w:sz w:val="26"/>
        </w:rPr>
        <w:t>ЗА ГРАЖДАНСКО, ЗДРАВНО, ЕКОЛОГИЧНО</w:t>
      </w:r>
    </w:p>
    <w:p w14:paraId="0FEF67EF" w14:textId="77777777" w:rsidR="00026932" w:rsidRDefault="00CA46BD">
      <w:pPr>
        <w:spacing w:after="60"/>
        <w:jc w:val="center"/>
      </w:pPr>
      <w:r>
        <w:rPr>
          <w:b/>
          <w:sz w:val="26"/>
        </w:rPr>
        <w:t>И ИНТЕРКУЛТУРНО ОБРАЗОВАНИЕ</w:t>
      </w:r>
    </w:p>
    <w:p w14:paraId="6E72FA16" w14:textId="77777777" w:rsidR="00026932" w:rsidRDefault="00CA46BD">
      <w:pPr>
        <w:jc w:val="center"/>
        <w:rPr>
          <w:sz w:val="24"/>
          <w:lang w:val="bg-BG"/>
        </w:rPr>
      </w:pPr>
      <w:proofErr w:type="spellStart"/>
      <w:r>
        <w:rPr>
          <w:sz w:val="24"/>
        </w:rPr>
        <w:t>за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учебната</w:t>
      </w:r>
      <w:proofErr w:type="spellEnd"/>
      <w:r>
        <w:rPr>
          <w:sz w:val="24"/>
        </w:rPr>
        <w:t xml:space="preserve"> 2026/2027 </w:t>
      </w:r>
      <w:proofErr w:type="spellStart"/>
      <w:r>
        <w:rPr>
          <w:sz w:val="24"/>
        </w:rPr>
        <w:t>година</w:t>
      </w:r>
      <w:proofErr w:type="spellEnd"/>
    </w:p>
    <w:p w14:paraId="4BF11C05" w14:textId="1A8C1E20" w:rsidR="00026932" w:rsidRPr="002210EB" w:rsidRDefault="00026932" w:rsidP="002210EB">
      <w:pPr>
        <w:spacing w:after="240"/>
        <w:rPr>
          <w:lang w:val="bg-BG"/>
        </w:rPr>
      </w:pPr>
    </w:p>
    <w:p w14:paraId="7BCCD9BC" w14:textId="77777777" w:rsidR="00026932" w:rsidRDefault="00CA46BD" w:rsidP="002210EB">
      <w:pPr>
        <w:spacing w:after="100"/>
        <w:jc w:val="both"/>
      </w:pPr>
      <w:r>
        <w:rPr>
          <w:b/>
          <w:sz w:val="24"/>
        </w:rPr>
        <w:t>I. ОБЩИ ПОЛОЖЕНИЯ</w:t>
      </w:r>
    </w:p>
    <w:p w14:paraId="7CC9ED0A" w14:textId="77777777" w:rsidR="00026932" w:rsidRDefault="00CA46BD" w:rsidP="002210EB">
      <w:pPr>
        <w:spacing w:after="40"/>
        <w:jc w:val="both"/>
      </w:pPr>
      <w:r>
        <w:rPr>
          <w:b/>
        </w:rPr>
        <w:t>1. СЪЩНОСТ</w:t>
      </w:r>
    </w:p>
    <w:p w14:paraId="6997A0A0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Гражданското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е </w:t>
      </w:r>
      <w:proofErr w:type="spellStart"/>
      <w:r>
        <w:t>насочено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 xml:space="preserve"> и </w:t>
      </w:r>
      <w:proofErr w:type="spellStart"/>
      <w:r>
        <w:t>граждански</w:t>
      </w:r>
      <w:proofErr w:type="spellEnd"/>
      <w:r>
        <w:t xml:space="preserve"> </w:t>
      </w:r>
      <w:proofErr w:type="spellStart"/>
      <w:r>
        <w:t>добродетели</w:t>
      </w:r>
      <w:proofErr w:type="spellEnd"/>
      <w:r>
        <w:t xml:space="preserve"> и е </w:t>
      </w:r>
      <w:proofErr w:type="spellStart"/>
      <w:r>
        <w:t>свързано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устройството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демократичното</w:t>
      </w:r>
      <w:proofErr w:type="spellEnd"/>
      <w:r>
        <w:t xml:space="preserve"> </w:t>
      </w:r>
      <w:proofErr w:type="spellStart"/>
      <w:r>
        <w:t>общество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правата</w:t>
      </w:r>
      <w:proofErr w:type="spellEnd"/>
      <w:r>
        <w:t xml:space="preserve"> и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гражданина</w:t>
      </w:r>
      <w:proofErr w:type="spellEnd"/>
      <w:r>
        <w:t xml:space="preserve"> и с </w:t>
      </w:r>
      <w:proofErr w:type="spellStart"/>
      <w:r>
        <w:t>умения</w:t>
      </w:r>
      <w:proofErr w:type="spellEnd"/>
      <w:r>
        <w:t xml:space="preserve"> и </w:t>
      </w:r>
      <w:proofErr w:type="spellStart"/>
      <w:r>
        <w:t>готовност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отговорно</w:t>
      </w:r>
      <w:proofErr w:type="spellEnd"/>
      <w:r>
        <w:t xml:space="preserve"> </w:t>
      </w:r>
      <w:proofErr w:type="spellStart"/>
      <w:r>
        <w:t>гражданско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>.</w:t>
      </w:r>
    </w:p>
    <w:p w14:paraId="78FA0E09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Здравното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е </w:t>
      </w:r>
      <w:proofErr w:type="spellStart"/>
      <w:r>
        <w:t>насочено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поддържане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здравословен</w:t>
      </w:r>
      <w:proofErr w:type="spellEnd"/>
      <w:r>
        <w:t xml:space="preserve"> </w:t>
      </w:r>
      <w:proofErr w:type="spellStart"/>
      <w:r>
        <w:t>стил</w:t>
      </w:r>
      <w:proofErr w:type="spellEnd"/>
      <w:r>
        <w:t xml:space="preserve"> и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доброволното</w:t>
      </w:r>
      <w:proofErr w:type="spellEnd"/>
      <w:r>
        <w:t xml:space="preserve"> </w:t>
      </w:r>
      <w:proofErr w:type="spellStart"/>
      <w:r>
        <w:t>адаптиране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, </w:t>
      </w:r>
      <w:proofErr w:type="spellStart"/>
      <w:r>
        <w:t>благоприятстващо</w:t>
      </w:r>
      <w:proofErr w:type="spellEnd"/>
      <w:r>
        <w:t xml:space="preserve"> </w:t>
      </w:r>
      <w:proofErr w:type="spellStart"/>
      <w:r>
        <w:t>здравето</w:t>
      </w:r>
      <w:proofErr w:type="spellEnd"/>
      <w:r>
        <w:t>.</w:t>
      </w:r>
    </w:p>
    <w:p w14:paraId="2BF96F66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Екологично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е </w:t>
      </w:r>
      <w:proofErr w:type="spellStart"/>
      <w:r>
        <w:t>насочено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екологична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 xml:space="preserve">, </w:t>
      </w:r>
      <w:proofErr w:type="spellStart"/>
      <w:r>
        <w:t>екологично</w:t>
      </w:r>
      <w:proofErr w:type="spellEnd"/>
      <w:r>
        <w:t xml:space="preserve"> </w:t>
      </w:r>
      <w:proofErr w:type="spellStart"/>
      <w:r>
        <w:t>съзнание</w:t>
      </w:r>
      <w:proofErr w:type="spellEnd"/>
      <w:r>
        <w:t xml:space="preserve"> и </w:t>
      </w:r>
      <w:proofErr w:type="spellStart"/>
      <w:r>
        <w:t>екологично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 в </w:t>
      </w:r>
      <w:proofErr w:type="spellStart"/>
      <w:r>
        <w:t>тяхната</w:t>
      </w:r>
      <w:proofErr w:type="spellEnd"/>
      <w:r>
        <w:t xml:space="preserve"> </w:t>
      </w:r>
      <w:proofErr w:type="spellStart"/>
      <w:r>
        <w:t>взаимна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познаване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екологичните</w:t>
      </w:r>
      <w:proofErr w:type="spellEnd"/>
      <w:r>
        <w:t xml:space="preserve"> </w:t>
      </w:r>
      <w:proofErr w:type="spellStart"/>
      <w:r>
        <w:t>закони</w:t>
      </w:r>
      <w:proofErr w:type="spellEnd"/>
      <w:r>
        <w:t xml:space="preserve">, </w:t>
      </w:r>
      <w:proofErr w:type="spellStart"/>
      <w:r>
        <w:t>защита</w:t>
      </w:r>
      <w:proofErr w:type="spellEnd"/>
      <w:r>
        <w:t xml:space="preserve">, </w:t>
      </w:r>
      <w:proofErr w:type="spellStart"/>
      <w:r>
        <w:lastRenderedPageBreak/>
        <w:t>подобряване</w:t>
      </w:r>
      <w:proofErr w:type="spellEnd"/>
      <w:r>
        <w:t xml:space="preserve">,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разумно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природните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природната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екологичното</w:t>
      </w:r>
      <w:proofErr w:type="spellEnd"/>
      <w:r>
        <w:t xml:space="preserve"> </w:t>
      </w:r>
      <w:proofErr w:type="spellStart"/>
      <w:r>
        <w:t>равновесие</w:t>
      </w:r>
      <w:proofErr w:type="spellEnd"/>
      <w:r>
        <w:t>.</w:t>
      </w:r>
    </w:p>
    <w:p w14:paraId="1B3366E9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Интеркултурното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е </w:t>
      </w:r>
      <w:proofErr w:type="spellStart"/>
      <w:r>
        <w:t>насочено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усвояване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измерения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културните</w:t>
      </w:r>
      <w:proofErr w:type="spellEnd"/>
      <w:r>
        <w:t xml:space="preserve"> </w:t>
      </w:r>
      <w:proofErr w:type="spellStart"/>
      <w:r>
        <w:t>идентичности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основни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интеркултурните</w:t>
      </w:r>
      <w:proofErr w:type="spellEnd"/>
      <w:r>
        <w:t xml:space="preserve"> </w:t>
      </w:r>
      <w:proofErr w:type="spellStart"/>
      <w:r>
        <w:t>отношения</w:t>
      </w:r>
      <w:proofErr w:type="spellEnd"/>
      <w:r>
        <w:t xml:space="preserve">, </w:t>
      </w:r>
      <w:proofErr w:type="spellStart"/>
      <w:r>
        <w:t>формиращо</w:t>
      </w:r>
      <w:proofErr w:type="spellEnd"/>
      <w:r>
        <w:t xml:space="preserve"> </w:t>
      </w:r>
      <w:proofErr w:type="spellStart"/>
      <w:r>
        <w:t>позитивно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разнообразието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човешкия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умения</w:t>
      </w:r>
      <w:proofErr w:type="spellEnd"/>
      <w:r>
        <w:t xml:space="preserve"> и </w:t>
      </w:r>
      <w:proofErr w:type="spellStart"/>
      <w:r>
        <w:t>нагласи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конструктивни</w:t>
      </w:r>
      <w:proofErr w:type="spellEnd"/>
      <w:r>
        <w:t xml:space="preserve"> </w:t>
      </w:r>
      <w:proofErr w:type="spellStart"/>
      <w:r>
        <w:t>взаимодействия</w:t>
      </w:r>
      <w:proofErr w:type="spellEnd"/>
      <w:r>
        <w:t xml:space="preserve"> в </w:t>
      </w:r>
      <w:proofErr w:type="spellStart"/>
      <w:r>
        <w:t>мултикултурна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>.</w:t>
      </w:r>
    </w:p>
    <w:p w14:paraId="1DFFBDBB" w14:textId="77777777" w:rsidR="00026932" w:rsidRDefault="00CA46BD" w:rsidP="002210EB">
      <w:pPr>
        <w:spacing w:after="40"/>
        <w:jc w:val="both"/>
      </w:pPr>
      <w:r>
        <w:rPr>
          <w:b/>
        </w:rPr>
        <w:t>2. НАСОКИ</w:t>
      </w:r>
    </w:p>
    <w:p w14:paraId="771E748A" w14:textId="77777777" w:rsidR="00026932" w:rsidRDefault="00CA46BD" w:rsidP="002210EB">
      <w:pPr>
        <w:spacing w:after="40"/>
        <w:jc w:val="both"/>
      </w:pPr>
      <w:proofErr w:type="spellStart"/>
      <w:r>
        <w:rPr>
          <w:b/>
        </w:rPr>
        <w:t>Децата</w:t>
      </w:r>
      <w:proofErr w:type="spellEnd"/>
    </w:p>
    <w:p w14:paraId="6669C884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познават</w:t>
      </w:r>
      <w:proofErr w:type="spellEnd"/>
      <w:r>
        <w:t xml:space="preserve"> </w:t>
      </w:r>
      <w:proofErr w:type="spellStart"/>
      <w:r>
        <w:t>институциите</w:t>
      </w:r>
      <w:proofErr w:type="spellEnd"/>
      <w:r>
        <w:t xml:space="preserve"> и </w:t>
      </w:r>
      <w:proofErr w:type="spellStart"/>
      <w:r>
        <w:t>ценностите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демокрацията</w:t>
      </w:r>
      <w:proofErr w:type="spellEnd"/>
      <w:r>
        <w:t>;</w:t>
      </w:r>
    </w:p>
    <w:p w14:paraId="033E6FDC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формират</w:t>
      </w:r>
      <w:proofErr w:type="spellEnd"/>
      <w:r>
        <w:t xml:space="preserve"> </w:t>
      </w:r>
      <w:proofErr w:type="spellStart"/>
      <w:r>
        <w:t>личности</w:t>
      </w:r>
      <w:proofErr w:type="spellEnd"/>
      <w:r>
        <w:t xml:space="preserve"> с </w:t>
      </w:r>
      <w:proofErr w:type="spellStart"/>
      <w:r>
        <w:t>позиция</w:t>
      </w:r>
      <w:proofErr w:type="spellEnd"/>
      <w:r>
        <w:t xml:space="preserve"> и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защитават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>;</w:t>
      </w:r>
    </w:p>
    <w:p w14:paraId="0D5600B9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изразяват</w:t>
      </w:r>
      <w:proofErr w:type="spellEnd"/>
      <w:r>
        <w:t xml:space="preserve"> </w:t>
      </w:r>
      <w:proofErr w:type="spellStart"/>
      <w:r>
        <w:t>гражданската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позиция</w:t>
      </w:r>
      <w:proofErr w:type="spellEnd"/>
      <w:r>
        <w:t>;</w:t>
      </w:r>
    </w:p>
    <w:p w14:paraId="37667CB8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вземат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своето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>;</w:t>
      </w:r>
    </w:p>
    <w:p w14:paraId="71CB8290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носят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решенията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>.</w:t>
      </w:r>
    </w:p>
    <w:p w14:paraId="275CB62A" w14:textId="77777777" w:rsidR="00026932" w:rsidRDefault="00CA46BD" w:rsidP="002210EB">
      <w:pPr>
        <w:spacing w:after="40"/>
        <w:jc w:val="both"/>
      </w:pPr>
      <w:r>
        <w:rPr>
          <w:b/>
        </w:rPr>
        <w:t>3. РЕАЛИЗИРАНЕ</w:t>
      </w:r>
    </w:p>
    <w:p w14:paraId="2AC539CF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учебното</w:t>
      </w:r>
      <w:proofErr w:type="spellEnd"/>
      <w:r>
        <w:t xml:space="preserve"> </w:t>
      </w:r>
      <w:proofErr w:type="spellStart"/>
      <w:r>
        <w:t>съдържание</w:t>
      </w:r>
      <w:proofErr w:type="spellEnd"/>
      <w:r>
        <w:t>;</w:t>
      </w:r>
    </w:p>
    <w:p w14:paraId="6B4777CA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занимания</w:t>
      </w:r>
      <w:proofErr w:type="spellEnd"/>
      <w:r>
        <w:t>;</w:t>
      </w:r>
    </w:p>
    <w:p w14:paraId="2FCB6610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 и </w:t>
      </w:r>
      <w:proofErr w:type="spellStart"/>
      <w:r>
        <w:t>мултимедийни</w:t>
      </w:r>
      <w:proofErr w:type="spellEnd"/>
      <w:r>
        <w:t xml:space="preserve"> </w:t>
      </w:r>
      <w:proofErr w:type="spellStart"/>
      <w:r>
        <w:t>презентации</w:t>
      </w:r>
      <w:proofErr w:type="spellEnd"/>
      <w:r>
        <w:t xml:space="preserve">, </w:t>
      </w:r>
      <w:proofErr w:type="spellStart"/>
      <w:r>
        <w:t>разработени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учителите</w:t>
      </w:r>
      <w:proofErr w:type="spellEnd"/>
      <w:r>
        <w:t>.</w:t>
      </w:r>
    </w:p>
    <w:p w14:paraId="29173A06" w14:textId="77777777" w:rsidR="00026932" w:rsidRDefault="00CA46BD" w:rsidP="002210EB">
      <w:pPr>
        <w:spacing w:after="40"/>
        <w:jc w:val="both"/>
      </w:pPr>
      <w:r>
        <w:rPr>
          <w:b/>
        </w:rPr>
        <w:t>4. АКЦЕНТИ</w:t>
      </w:r>
    </w:p>
    <w:p w14:paraId="7B19B338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здравно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>;</w:t>
      </w:r>
    </w:p>
    <w:p w14:paraId="23FD70A5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зависимостите</w:t>
      </w:r>
      <w:proofErr w:type="spellEnd"/>
      <w:r>
        <w:t>;</w:t>
      </w:r>
    </w:p>
    <w:p w14:paraId="4CD722D0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екологично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и </w:t>
      </w:r>
      <w:proofErr w:type="spellStart"/>
      <w:r>
        <w:t>възпитание</w:t>
      </w:r>
      <w:proofErr w:type="spellEnd"/>
      <w:r>
        <w:t>;</w:t>
      </w:r>
    </w:p>
    <w:p w14:paraId="745F5A3B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патриотично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>;</w:t>
      </w:r>
    </w:p>
    <w:p w14:paraId="09156D04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насилието</w:t>
      </w:r>
      <w:proofErr w:type="spellEnd"/>
      <w:r>
        <w:t>;</w:t>
      </w:r>
    </w:p>
    <w:p w14:paraId="1603F55E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справяне</w:t>
      </w:r>
      <w:proofErr w:type="spellEnd"/>
      <w:r>
        <w:t xml:space="preserve"> с </w:t>
      </w:r>
      <w:proofErr w:type="spellStart"/>
      <w:r>
        <w:t>гнева</w:t>
      </w:r>
      <w:proofErr w:type="spellEnd"/>
      <w:r>
        <w:t xml:space="preserve"> и </w:t>
      </w:r>
      <w:proofErr w:type="spellStart"/>
      <w:r>
        <w:t>агресията</w:t>
      </w:r>
      <w:proofErr w:type="spellEnd"/>
      <w:r>
        <w:t xml:space="preserve"> и </w:t>
      </w:r>
      <w:proofErr w:type="spellStart"/>
      <w:r>
        <w:t>мирно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конфликти</w:t>
      </w:r>
      <w:proofErr w:type="spellEnd"/>
      <w:r>
        <w:t>;</w:t>
      </w:r>
    </w:p>
    <w:p w14:paraId="30E8D27E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бедствия</w:t>
      </w:r>
      <w:proofErr w:type="spellEnd"/>
      <w:r>
        <w:t xml:space="preserve"> и </w:t>
      </w:r>
      <w:proofErr w:type="spellStart"/>
      <w:r>
        <w:t>аварии</w:t>
      </w:r>
      <w:proofErr w:type="spellEnd"/>
      <w:r>
        <w:t>;</w:t>
      </w:r>
    </w:p>
    <w:p w14:paraId="6EE00037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тероризма</w:t>
      </w:r>
      <w:proofErr w:type="spellEnd"/>
      <w:r>
        <w:t xml:space="preserve"> и </w:t>
      </w:r>
      <w:proofErr w:type="spellStart"/>
      <w:r>
        <w:t>поведение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терористична</w:t>
      </w:r>
      <w:proofErr w:type="spellEnd"/>
      <w:r>
        <w:t xml:space="preserve"> </w:t>
      </w:r>
      <w:proofErr w:type="spellStart"/>
      <w:r>
        <w:t>заплаха</w:t>
      </w:r>
      <w:proofErr w:type="spellEnd"/>
      <w:r>
        <w:t>;</w:t>
      </w:r>
    </w:p>
    <w:p w14:paraId="22753305" w14:textId="77777777" w:rsidR="00026932" w:rsidRDefault="00CA46BD" w:rsidP="002210EB">
      <w:pPr>
        <w:spacing w:after="40"/>
        <w:jc w:val="both"/>
      </w:pPr>
      <w:r>
        <w:t>✓</w:t>
      </w:r>
      <w:r>
        <w:t xml:space="preserve"> </w:t>
      </w:r>
      <w:proofErr w:type="spellStart"/>
      <w:r>
        <w:t>безопасност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движението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пътищата</w:t>
      </w:r>
      <w:proofErr w:type="spellEnd"/>
      <w:r>
        <w:t>.</w:t>
      </w:r>
    </w:p>
    <w:p w14:paraId="0533162B" w14:textId="77777777" w:rsidR="00026932" w:rsidRDefault="00CA46BD" w:rsidP="002210EB">
      <w:pPr>
        <w:spacing w:after="100"/>
        <w:jc w:val="both"/>
      </w:pPr>
      <w:r>
        <w:rPr>
          <w:b/>
          <w:sz w:val="24"/>
        </w:rPr>
        <w:t>II. ЦЕЛ</w:t>
      </w:r>
    </w:p>
    <w:p w14:paraId="13E630D0" w14:textId="77777777" w:rsidR="00026932" w:rsidRDefault="00CA46BD" w:rsidP="002210EB">
      <w:pPr>
        <w:spacing w:after="40"/>
        <w:jc w:val="both"/>
      </w:pPr>
      <w:proofErr w:type="spellStart"/>
      <w:r>
        <w:t>Усвояване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социални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и </w:t>
      </w:r>
      <w:proofErr w:type="spellStart"/>
      <w:r>
        <w:t>умения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отстояване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правата</w:t>
      </w:r>
      <w:proofErr w:type="spellEnd"/>
      <w:r>
        <w:t xml:space="preserve">, </w:t>
      </w:r>
      <w:proofErr w:type="spellStart"/>
      <w:r>
        <w:t>изпълняване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и </w:t>
      </w:r>
      <w:proofErr w:type="spellStart"/>
      <w:r>
        <w:t>поемане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отговорности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членове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обществото</w:t>
      </w:r>
      <w:proofErr w:type="spellEnd"/>
      <w:r>
        <w:t>.</w:t>
      </w:r>
    </w:p>
    <w:p w14:paraId="00EB5017" w14:textId="77777777" w:rsidR="00026932" w:rsidRDefault="00CA46BD" w:rsidP="002210EB">
      <w:pPr>
        <w:spacing w:after="100"/>
        <w:jc w:val="both"/>
      </w:pPr>
      <w:r>
        <w:rPr>
          <w:b/>
          <w:sz w:val="24"/>
        </w:rPr>
        <w:t>III. ЗАДАЧИ</w:t>
      </w:r>
    </w:p>
    <w:p w14:paraId="5E6C427E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 в </w:t>
      </w:r>
      <w:proofErr w:type="spellStart"/>
      <w:r>
        <w:t>детскоградинската</w:t>
      </w:r>
      <w:proofErr w:type="spellEnd"/>
      <w:r>
        <w:t xml:space="preserve"> </w:t>
      </w:r>
      <w:proofErr w:type="spellStart"/>
      <w:r>
        <w:t>общност</w:t>
      </w:r>
      <w:proofErr w:type="spellEnd"/>
      <w:r>
        <w:t xml:space="preserve"> и </w:t>
      </w:r>
      <w:proofErr w:type="spellStart"/>
      <w:r>
        <w:t>готовност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общоградинския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>.</w:t>
      </w:r>
    </w:p>
    <w:p w14:paraId="7A3FC831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здравна</w:t>
      </w:r>
      <w:proofErr w:type="spellEnd"/>
      <w:r>
        <w:t xml:space="preserve"> и </w:t>
      </w:r>
      <w:proofErr w:type="spellStart"/>
      <w:r>
        <w:t>екологична</w:t>
      </w:r>
      <w:proofErr w:type="spellEnd"/>
      <w:r>
        <w:t xml:space="preserve"> </w:t>
      </w:r>
      <w:proofErr w:type="spellStart"/>
      <w:r>
        <w:t>култура</w:t>
      </w:r>
      <w:proofErr w:type="spellEnd"/>
      <w:r>
        <w:t>.</w:t>
      </w:r>
    </w:p>
    <w:p w14:paraId="7BF00518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Свободен</w:t>
      </w:r>
      <w:proofErr w:type="spellEnd"/>
      <w:r>
        <w:t xml:space="preserve"> и </w:t>
      </w:r>
      <w:proofErr w:type="spellStart"/>
      <w:r>
        <w:t>самостоятелен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професионален</w:t>
      </w:r>
      <w:proofErr w:type="spellEnd"/>
      <w:r>
        <w:t xml:space="preserve"> </w:t>
      </w:r>
      <w:proofErr w:type="spellStart"/>
      <w:r>
        <w:t>път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и </w:t>
      </w:r>
      <w:proofErr w:type="spellStart"/>
      <w:r>
        <w:t>реализация</w:t>
      </w:r>
      <w:proofErr w:type="spellEnd"/>
      <w:r>
        <w:t>.</w:t>
      </w:r>
    </w:p>
    <w:p w14:paraId="42006F51" w14:textId="77777777" w:rsidR="00026932" w:rsidRDefault="00CA46BD" w:rsidP="002210EB">
      <w:pPr>
        <w:spacing w:after="40"/>
        <w:jc w:val="both"/>
      </w:pPr>
      <w:r>
        <w:t xml:space="preserve">4.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</w:t>
      </w:r>
      <w:proofErr w:type="spellEnd"/>
      <w:r>
        <w:t xml:space="preserve"> </w:t>
      </w:r>
      <w:proofErr w:type="spellStart"/>
      <w:r>
        <w:t>самочувствие</w:t>
      </w:r>
      <w:proofErr w:type="spellEnd"/>
      <w:r>
        <w:t xml:space="preserve"> и </w:t>
      </w:r>
      <w:proofErr w:type="spellStart"/>
      <w:r>
        <w:t>отговорност</w:t>
      </w:r>
      <w:proofErr w:type="spellEnd"/>
      <w:r>
        <w:t xml:space="preserve"> у </w:t>
      </w:r>
      <w:proofErr w:type="spellStart"/>
      <w:r>
        <w:t>децата</w:t>
      </w:r>
      <w:proofErr w:type="spellEnd"/>
      <w:r>
        <w:t xml:space="preserve">, </w:t>
      </w:r>
      <w:proofErr w:type="spellStart"/>
      <w:r>
        <w:t>възпитание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инициативност</w:t>
      </w:r>
      <w:proofErr w:type="spellEnd"/>
      <w:r>
        <w:t xml:space="preserve"> и </w:t>
      </w:r>
      <w:proofErr w:type="spellStart"/>
      <w:r>
        <w:t>подготовка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пълноценен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>.</w:t>
      </w:r>
    </w:p>
    <w:p w14:paraId="25BB4B2C" w14:textId="77777777" w:rsidR="00026932" w:rsidRDefault="00CA46BD" w:rsidP="002210EB">
      <w:pPr>
        <w:spacing w:after="40"/>
        <w:jc w:val="both"/>
      </w:pPr>
      <w:r>
        <w:t xml:space="preserve">5. </w:t>
      </w:r>
      <w:proofErr w:type="spellStart"/>
      <w:r>
        <w:t>Противодействие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агресивността</w:t>
      </w:r>
      <w:proofErr w:type="spellEnd"/>
      <w:r>
        <w:t xml:space="preserve">, </w:t>
      </w:r>
      <w:proofErr w:type="spellStart"/>
      <w:r>
        <w:t>насилието</w:t>
      </w:r>
      <w:proofErr w:type="spellEnd"/>
      <w:r>
        <w:t xml:space="preserve"> и </w:t>
      </w:r>
      <w:proofErr w:type="spellStart"/>
      <w:r>
        <w:t>настъплението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секти</w:t>
      </w:r>
      <w:proofErr w:type="spellEnd"/>
      <w:r>
        <w:t>.</w:t>
      </w:r>
    </w:p>
    <w:p w14:paraId="1D3F9B2C" w14:textId="77777777" w:rsidR="00026932" w:rsidRDefault="00CA46BD" w:rsidP="002210EB">
      <w:pPr>
        <w:spacing w:after="100"/>
        <w:jc w:val="both"/>
      </w:pPr>
      <w:r>
        <w:rPr>
          <w:b/>
          <w:sz w:val="24"/>
        </w:rPr>
        <w:t>IV. ДЕЙНОСТИ И МЕРОПРИЯТИЯ</w:t>
      </w:r>
    </w:p>
    <w:p w14:paraId="2C30A5B3" w14:textId="77777777" w:rsidR="00026932" w:rsidRDefault="00CA46BD" w:rsidP="002210EB">
      <w:pPr>
        <w:spacing w:after="40"/>
        <w:jc w:val="both"/>
      </w:pPr>
      <w:r>
        <w:rPr>
          <w:b/>
        </w:rPr>
        <w:lastRenderedPageBreak/>
        <w:t xml:space="preserve">А) </w:t>
      </w:r>
      <w:proofErr w:type="spellStart"/>
      <w:r>
        <w:rPr>
          <w:b/>
        </w:rPr>
        <w:t>Възпитаване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дисциплинираност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гражданско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поведение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чрез</w:t>
      </w:r>
      <w:proofErr w:type="spellEnd"/>
      <w:r>
        <w:rPr>
          <w:b/>
        </w:rPr>
        <w:t>:</w:t>
      </w:r>
    </w:p>
    <w:p w14:paraId="61519F23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>.</w:t>
      </w:r>
    </w:p>
    <w:p w14:paraId="1352FD20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71C56E51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3E261462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.</w:t>
      </w:r>
    </w:p>
    <w:p w14:paraId="55E8D049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5F8B74CE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Директор</w:t>
      </w:r>
      <w:proofErr w:type="spellEnd"/>
      <w:r>
        <w:t xml:space="preserve">,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</w:t>
      </w:r>
      <w:proofErr w:type="spellEnd"/>
    </w:p>
    <w:p w14:paraId="040CFF72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правилника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безопасни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, </w:t>
      </w:r>
      <w:proofErr w:type="spellStart"/>
      <w:r>
        <w:t>обучение</w:t>
      </w:r>
      <w:proofErr w:type="spellEnd"/>
      <w:r>
        <w:t xml:space="preserve"> и </w:t>
      </w:r>
      <w:proofErr w:type="spellStart"/>
      <w:r>
        <w:t>труд</w:t>
      </w:r>
      <w:proofErr w:type="spellEnd"/>
      <w:r>
        <w:t>.</w:t>
      </w:r>
    </w:p>
    <w:p w14:paraId="01B06E84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688C76F9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Директор</w:t>
      </w:r>
      <w:proofErr w:type="spellEnd"/>
      <w:r>
        <w:t xml:space="preserve">, </w:t>
      </w:r>
      <w:proofErr w:type="spellStart"/>
      <w:r>
        <w:t>учители</w:t>
      </w:r>
      <w:proofErr w:type="spellEnd"/>
    </w:p>
    <w:p w14:paraId="6FBD1110" w14:textId="77777777" w:rsidR="00026932" w:rsidRDefault="00CA46BD" w:rsidP="002210EB">
      <w:pPr>
        <w:spacing w:after="40"/>
        <w:jc w:val="both"/>
      </w:pPr>
      <w:r>
        <w:t xml:space="preserve">4.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  <w:r>
        <w:t>:</w:t>
      </w:r>
    </w:p>
    <w:p w14:paraId="43448527" w14:textId="77777777" w:rsidR="00026932" w:rsidRDefault="00CA46BD" w:rsidP="002210EB">
      <w:pPr>
        <w:spacing w:after="40"/>
        <w:jc w:val="both"/>
      </w:pPr>
      <w:proofErr w:type="spellStart"/>
      <w:r>
        <w:t>Патриотично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 и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националното</w:t>
      </w:r>
      <w:proofErr w:type="spellEnd"/>
      <w:r>
        <w:t xml:space="preserve"> </w:t>
      </w:r>
      <w:proofErr w:type="spellStart"/>
      <w:r>
        <w:t>самочувствие</w:t>
      </w:r>
      <w:proofErr w:type="spellEnd"/>
      <w:r>
        <w:t>;</w:t>
      </w:r>
    </w:p>
    <w:p w14:paraId="36B50A33" w14:textId="77777777" w:rsidR="00026932" w:rsidRDefault="00CA46BD" w:rsidP="002210EB">
      <w:pPr>
        <w:spacing w:after="40"/>
        <w:jc w:val="both"/>
      </w:pPr>
      <w:proofErr w:type="spellStart"/>
      <w:r>
        <w:t>Толерантност</w:t>
      </w:r>
      <w:proofErr w:type="spellEnd"/>
      <w:r>
        <w:t xml:space="preserve"> и </w:t>
      </w:r>
      <w:proofErr w:type="spellStart"/>
      <w:r>
        <w:t>интеркултурен</w:t>
      </w:r>
      <w:proofErr w:type="spellEnd"/>
      <w:r>
        <w:t xml:space="preserve"> </w:t>
      </w:r>
      <w:proofErr w:type="spellStart"/>
      <w:r>
        <w:t>диалог</w:t>
      </w:r>
      <w:proofErr w:type="spellEnd"/>
      <w:r>
        <w:t>;</w:t>
      </w:r>
    </w:p>
    <w:p w14:paraId="5A5528FB" w14:textId="77777777" w:rsidR="00026932" w:rsidRDefault="00CA46BD" w:rsidP="002210EB">
      <w:pPr>
        <w:spacing w:after="40"/>
        <w:jc w:val="both"/>
      </w:pPr>
      <w:proofErr w:type="spellStart"/>
      <w:r>
        <w:t>Безопасност</w:t>
      </w:r>
      <w:proofErr w:type="spellEnd"/>
      <w:r>
        <w:t xml:space="preserve"> и </w:t>
      </w:r>
      <w:proofErr w:type="spellStart"/>
      <w:r>
        <w:t>движение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пътищата</w:t>
      </w:r>
      <w:proofErr w:type="spellEnd"/>
    </w:p>
    <w:p w14:paraId="101218F3" w14:textId="77777777" w:rsidR="00026932" w:rsidRDefault="00CA46BD" w:rsidP="002210EB">
      <w:pPr>
        <w:spacing w:after="40"/>
        <w:jc w:val="both"/>
      </w:pP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населението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бедствия</w:t>
      </w:r>
      <w:proofErr w:type="spellEnd"/>
      <w:r>
        <w:t xml:space="preserve"> и </w:t>
      </w:r>
      <w:proofErr w:type="spellStart"/>
      <w:r>
        <w:t>аварии</w:t>
      </w:r>
      <w:proofErr w:type="spellEnd"/>
      <w:r>
        <w:t xml:space="preserve"> и </w:t>
      </w:r>
      <w:proofErr w:type="spellStart"/>
      <w:r>
        <w:t>катастрофи</w:t>
      </w:r>
      <w:proofErr w:type="spellEnd"/>
      <w:r>
        <w:t xml:space="preserve">; </w:t>
      </w:r>
      <w:proofErr w:type="spellStart"/>
      <w:r>
        <w:t>оказване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първа</w:t>
      </w:r>
      <w:proofErr w:type="spellEnd"/>
      <w:r>
        <w:t xml:space="preserve"> </w:t>
      </w:r>
      <w:proofErr w:type="spellStart"/>
      <w:r>
        <w:t>помощ</w:t>
      </w:r>
      <w:proofErr w:type="spellEnd"/>
    </w:p>
    <w:p w14:paraId="2153EE1B" w14:textId="77777777" w:rsidR="00026932" w:rsidRDefault="00CA46BD" w:rsidP="002210EB">
      <w:pPr>
        <w:spacing w:after="40"/>
        <w:jc w:val="both"/>
      </w:pP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насилието</w:t>
      </w:r>
      <w:proofErr w:type="spellEnd"/>
      <w:r>
        <w:t xml:space="preserve">, </w:t>
      </w:r>
      <w:proofErr w:type="spellStart"/>
      <w:r>
        <w:t>справяне</w:t>
      </w:r>
      <w:proofErr w:type="spellEnd"/>
      <w:r>
        <w:t xml:space="preserve"> с </w:t>
      </w:r>
      <w:proofErr w:type="spellStart"/>
      <w:r>
        <w:t>гнева</w:t>
      </w:r>
      <w:proofErr w:type="spellEnd"/>
      <w:r>
        <w:t xml:space="preserve"> и с </w:t>
      </w:r>
      <w:proofErr w:type="spellStart"/>
      <w:r>
        <w:t>агресията</w:t>
      </w:r>
      <w:proofErr w:type="spellEnd"/>
      <w:r>
        <w:t xml:space="preserve">; </w:t>
      </w:r>
      <w:proofErr w:type="spellStart"/>
      <w:r>
        <w:t>мирно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конфликти</w:t>
      </w:r>
      <w:proofErr w:type="spellEnd"/>
    </w:p>
    <w:p w14:paraId="2BE254C1" w14:textId="77777777" w:rsidR="00026932" w:rsidRDefault="00CA46BD" w:rsidP="002210EB">
      <w:pPr>
        <w:spacing w:after="40"/>
        <w:jc w:val="both"/>
      </w:pPr>
      <w:proofErr w:type="spellStart"/>
      <w:r>
        <w:t>Превенция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тероризма</w:t>
      </w:r>
      <w:proofErr w:type="spellEnd"/>
      <w:r>
        <w:t xml:space="preserve"> и </w:t>
      </w:r>
      <w:proofErr w:type="spellStart"/>
      <w:r>
        <w:t>поведение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терористична</w:t>
      </w:r>
      <w:proofErr w:type="spellEnd"/>
      <w:r>
        <w:t xml:space="preserve"> </w:t>
      </w:r>
      <w:proofErr w:type="spellStart"/>
      <w:r>
        <w:t>заплаха</w:t>
      </w:r>
      <w:proofErr w:type="spellEnd"/>
      <w:r>
        <w:t>;</w:t>
      </w:r>
    </w:p>
    <w:p w14:paraId="24DA4CE0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65C40244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2B97E330" w14:textId="77777777" w:rsidR="00026932" w:rsidRDefault="00CA46BD" w:rsidP="002210EB">
      <w:pPr>
        <w:spacing w:after="40"/>
        <w:jc w:val="both"/>
      </w:pPr>
      <w:r>
        <w:rPr>
          <w:b/>
        </w:rPr>
        <w:t xml:space="preserve">Б) </w:t>
      </w:r>
      <w:proofErr w:type="spellStart"/>
      <w:r>
        <w:rPr>
          <w:b/>
        </w:rPr>
        <w:t>Възпитаване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национално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самочувствие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продължаване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националните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традиции</w:t>
      </w:r>
      <w:proofErr w:type="spellEnd"/>
      <w:r>
        <w:rPr>
          <w:b/>
        </w:rPr>
        <w:t>.</w:t>
      </w:r>
    </w:p>
    <w:p w14:paraId="7CF38545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Честване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национални</w:t>
      </w:r>
      <w:proofErr w:type="spellEnd"/>
      <w:r>
        <w:t xml:space="preserve"> </w:t>
      </w:r>
      <w:proofErr w:type="spellStart"/>
      <w:r>
        <w:t>празници</w:t>
      </w:r>
      <w:proofErr w:type="spellEnd"/>
      <w:r>
        <w:t>.</w:t>
      </w:r>
    </w:p>
    <w:p w14:paraId="254CAA4B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092DCD66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3D2D86D7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Запознаване</w:t>
      </w:r>
      <w:proofErr w:type="spellEnd"/>
      <w:r>
        <w:t xml:space="preserve"> и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задължителните</w:t>
      </w:r>
      <w:proofErr w:type="spellEnd"/>
      <w:r>
        <w:t xml:space="preserve"> </w:t>
      </w:r>
      <w:proofErr w:type="spellStart"/>
      <w:r>
        <w:t>символи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Р. </w:t>
      </w:r>
      <w:proofErr w:type="spellStart"/>
      <w:r>
        <w:t>България</w:t>
      </w:r>
      <w:proofErr w:type="spellEnd"/>
      <w:r>
        <w:t xml:space="preserve"> и </w:t>
      </w:r>
      <w:proofErr w:type="spellStart"/>
      <w:r>
        <w:t>българското</w:t>
      </w:r>
      <w:proofErr w:type="spellEnd"/>
      <w:r>
        <w:t xml:space="preserve"> </w:t>
      </w:r>
      <w:proofErr w:type="spellStart"/>
      <w:r>
        <w:t>училище</w:t>
      </w:r>
      <w:proofErr w:type="spellEnd"/>
      <w:r>
        <w:t xml:space="preserve"> (</w:t>
      </w:r>
      <w:proofErr w:type="spellStart"/>
      <w:r>
        <w:t>национално</w:t>
      </w:r>
      <w:proofErr w:type="spellEnd"/>
      <w:r>
        <w:t xml:space="preserve"> и </w:t>
      </w:r>
      <w:proofErr w:type="spellStart"/>
      <w:r>
        <w:t>градинско</w:t>
      </w:r>
      <w:proofErr w:type="spellEnd"/>
      <w:r>
        <w:t xml:space="preserve"> </w:t>
      </w:r>
      <w:proofErr w:type="spellStart"/>
      <w:r>
        <w:t>знаме</w:t>
      </w:r>
      <w:proofErr w:type="spellEnd"/>
      <w:r>
        <w:t xml:space="preserve">, </w:t>
      </w:r>
      <w:proofErr w:type="spellStart"/>
      <w:r>
        <w:t>държавен</w:t>
      </w:r>
      <w:proofErr w:type="spellEnd"/>
      <w:r>
        <w:t xml:space="preserve"> </w:t>
      </w:r>
      <w:proofErr w:type="spellStart"/>
      <w:r>
        <w:t>химн</w:t>
      </w:r>
      <w:proofErr w:type="spellEnd"/>
      <w:r>
        <w:t xml:space="preserve">, </w:t>
      </w:r>
      <w:proofErr w:type="spellStart"/>
      <w:r>
        <w:t>герб</w:t>
      </w:r>
      <w:proofErr w:type="spellEnd"/>
      <w:r>
        <w:t xml:space="preserve">, </w:t>
      </w:r>
      <w:proofErr w:type="spellStart"/>
      <w:r>
        <w:t>език</w:t>
      </w:r>
      <w:proofErr w:type="spellEnd"/>
      <w:r>
        <w:t xml:space="preserve">, </w:t>
      </w:r>
      <w:proofErr w:type="spellStart"/>
      <w:r>
        <w:t>конституция</w:t>
      </w:r>
      <w:proofErr w:type="spellEnd"/>
      <w:r>
        <w:t xml:space="preserve"> и </w:t>
      </w:r>
      <w:proofErr w:type="spellStart"/>
      <w:r>
        <w:t>др</w:t>
      </w:r>
      <w:proofErr w:type="spellEnd"/>
      <w:r>
        <w:t>.)</w:t>
      </w:r>
    </w:p>
    <w:p w14:paraId="169AB635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484CC966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44D72618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Изграждане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сътрудничество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родители</w:t>
      </w:r>
      <w:proofErr w:type="spellEnd"/>
      <w:r>
        <w:t xml:space="preserve">, </w:t>
      </w:r>
      <w:proofErr w:type="spellStart"/>
      <w:r>
        <w:t>родителско</w:t>
      </w:r>
      <w:proofErr w:type="spellEnd"/>
      <w:r>
        <w:t xml:space="preserve"> </w:t>
      </w:r>
      <w:proofErr w:type="spellStart"/>
      <w:r>
        <w:t>настоятелство</w:t>
      </w:r>
      <w:proofErr w:type="spellEnd"/>
      <w:r>
        <w:t xml:space="preserve">, </w:t>
      </w:r>
      <w:proofErr w:type="spellStart"/>
      <w:r>
        <w:t>културни</w:t>
      </w:r>
      <w:proofErr w:type="spellEnd"/>
      <w:r>
        <w:t xml:space="preserve"> </w:t>
      </w:r>
      <w:proofErr w:type="spellStart"/>
      <w:r>
        <w:t>институции</w:t>
      </w:r>
      <w:proofErr w:type="spellEnd"/>
      <w:r>
        <w:t xml:space="preserve">, </w:t>
      </w:r>
      <w:proofErr w:type="spellStart"/>
      <w:r>
        <w:t>фирми</w:t>
      </w:r>
      <w:proofErr w:type="spellEnd"/>
      <w:r>
        <w:t xml:space="preserve">, </w:t>
      </w:r>
      <w:proofErr w:type="spellStart"/>
      <w:r>
        <w:t>организации</w:t>
      </w:r>
      <w:proofErr w:type="spellEnd"/>
      <w:r>
        <w:t xml:space="preserve"> и </w:t>
      </w:r>
      <w:proofErr w:type="spellStart"/>
      <w:r>
        <w:t>др</w:t>
      </w:r>
      <w:proofErr w:type="spellEnd"/>
      <w:r>
        <w:t xml:space="preserve">., </w:t>
      </w:r>
      <w:proofErr w:type="spellStart"/>
      <w:r>
        <w:t>имащи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възпитанието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младите</w:t>
      </w:r>
      <w:proofErr w:type="spellEnd"/>
      <w:r>
        <w:t xml:space="preserve"> </w:t>
      </w:r>
      <w:proofErr w:type="spellStart"/>
      <w:r>
        <w:t>хора</w:t>
      </w:r>
      <w:proofErr w:type="spellEnd"/>
      <w:r>
        <w:t>.</w:t>
      </w:r>
    </w:p>
    <w:p w14:paraId="0CDD50F8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2178034D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14236636" w14:textId="77777777" w:rsidR="00026932" w:rsidRDefault="00CA46BD" w:rsidP="002210EB">
      <w:pPr>
        <w:spacing w:after="40"/>
        <w:jc w:val="both"/>
      </w:pPr>
      <w:r>
        <w:rPr>
          <w:b/>
        </w:rPr>
        <w:t xml:space="preserve">В) </w:t>
      </w:r>
      <w:proofErr w:type="spellStart"/>
      <w:r>
        <w:rPr>
          <w:b/>
        </w:rPr>
        <w:t>Здравно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образование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екологично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възпитание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учениците</w:t>
      </w:r>
      <w:proofErr w:type="spellEnd"/>
    </w:p>
    <w:p w14:paraId="2D14D2CD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здравни</w:t>
      </w:r>
      <w:proofErr w:type="spellEnd"/>
      <w:r>
        <w:t xml:space="preserve"> </w:t>
      </w:r>
      <w:proofErr w:type="spellStart"/>
      <w:r>
        <w:t>беседи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</w:p>
    <w:p w14:paraId="12E7CA42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6146F9E6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  <w:r>
        <w:t xml:space="preserve">, </w:t>
      </w:r>
      <w:proofErr w:type="spellStart"/>
      <w:r>
        <w:t>Медицинските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</w:p>
    <w:p w14:paraId="7AEDE809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Разглеждане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здравни</w:t>
      </w:r>
      <w:proofErr w:type="spellEnd"/>
      <w:r>
        <w:t xml:space="preserve"> </w:t>
      </w:r>
      <w:proofErr w:type="spellStart"/>
      <w:r>
        <w:t>теми</w:t>
      </w:r>
      <w:proofErr w:type="spellEnd"/>
      <w:r>
        <w:t xml:space="preserve"> - </w:t>
      </w:r>
      <w:proofErr w:type="spellStart"/>
      <w:r>
        <w:t>здравословен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и </w:t>
      </w:r>
      <w:proofErr w:type="spellStart"/>
      <w:r>
        <w:t>др</w:t>
      </w:r>
      <w:proofErr w:type="spellEnd"/>
      <w:r>
        <w:t>.</w:t>
      </w:r>
    </w:p>
    <w:p w14:paraId="13EB884D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4DD89C28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  <w:r>
        <w:t xml:space="preserve">, </w:t>
      </w:r>
      <w:proofErr w:type="spellStart"/>
      <w:r>
        <w:t>Медицинските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</w:p>
    <w:p w14:paraId="09EB8E7D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Мероприятия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озеленяване</w:t>
      </w:r>
      <w:proofErr w:type="spellEnd"/>
      <w:r>
        <w:t xml:space="preserve"> </w:t>
      </w:r>
      <w:proofErr w:type="spellStart"/>
      <w:r>
        <w:t>интериора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и </w:t>
      </w:r>
      <w:proofErr w:type="spellStart"/>
      <w:r>
        <w:t>дворните</w:t>
      </w:r>
      <w:proofErr w:type="spellEnd"/>
      <w:r>
        <w:t xml:space="preserve"> </w:t>
      </w:r>
      <w:proofErr w:type="spellStart"/>
      <w:r>
        <w:t>площи</w:t>
      </w:r>
      <w:proofErr w:type="spellEnd"/>
      <w:r>
        <w:t>.</w:t>
      </w:r>
    </w:p>
    <w:p w14:paraId="2CC610BA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целогодишен</w:t>
      </w:r>
      <w:proofErr w:type="spellEnd"/>
    </w:p>
    <w:p w14:paraId="457C75B4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  <w:r>
        <w:t xml:space="preserve">, </w:t>
      </w:r>
      <w:proofErr w:type="spellStart"/>
      <w:r>
        <w:t>Медицинските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</w:p>
    <w:p w14:paraId="52BC54D4" w14:textId="77777777" w:rsidR="00026932" w:rsidRDefault="00CA46BD" w:rsidP="002210EB">
      <w:pPr>
        <w:spacing w:after="40"/>
        <w:jc w:val="both"/>
      </w:pPr>
      <w:r>
        <w:t xml:space="preserve">4. </w:t>
      </w:r>
      <w:proofErr w:type="spellStart"/>
      <w:r>
        <w:t>Мероприятия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почистване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и </w:t>
      </w:r>
      <w:proofErr w:type="spellStart"/>
      <w:r>
        <w:t>двора</w:t>
      </w:r>
      <w:proofErr w:type="spellEnd"/>
    </w:p>
    <w:p w14:paraId="1E0F2C13" w14:textId="77777777" w:rsidR="00026932" w:rsidRDefault="00CA46BD" w:rsidP="002210EB">
      <w:pPr>
        <w:spacing w:after="40"/>
        <w:jc w:val="both"/>
      </w:pPr>
      <w:proofErr w:type="spellStart"/>
      <w:r>
        <w:lastRenderedPageBreak/>
        <w:t>Срок</w:t>
      </w:r>
      <w:proofErr w:type="spellEnd"/>
      <w:r>
        <w:t xml:space="preserve">: </w:t>
      </w:r>
      <w:proofErr w:type="spellStart"/>
      <w:r>
        <w:t>целогодишен</w:t>
      </w:r>
      <w:proofErr w:type="spellEnd"/>
    </w:p>
    <w:p w14:paraId="471A8D53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  <w:r>
        <w:t xml:space="preserve">, </w:t>
      </w:r>
      <w:proofErr w:type="spellStart"/>
      <w:r>
        <w:t>Медицинските</w:t>
      </w:r>
      <w:proofErr w:type="spellEnd"/>
      <w:r>
        <w:t xml:space="preserve"> </w:t>
      </w:r>
      <w:proofErr w:type="spellStart"/>
      <w:r>
        <w:t>специалисти</w:t>
      </w:r>
      <w:proofErr w:type="spellEnd"/>
    </w:p>
    <w:p w14:paraId="60AC7A5F" w14:textId="77777777" w:rsidR="00026932" w:rsidRDefault="00CA46BD" w:rsidP="002210EB">
      <w:pPr>
        <w:spacing w:after="40"/>
        <w:jc w:val="both"/>
      </w:pPr>
      <w:r>
        <w:t xml:space="preserve">5. </w:t>
      </w:r>
      <w:proofErr w:type="spellStart"/>
      <w:r>
        <w:t>Отбелязване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Земята</w:t>
      </w:r>
      <w:proofErr w:type="spellEnd"/>
      <w:r>
        <w:t>.</w:t>
      </w:r>
    </w:p>
    <w:p w14:paraId="53DF8AD1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>: 22.04.2027 г.</w:t>
      </w:r>
    </w:p>
    <w:p w14:paraId="41DD5AE1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63F4333E" w14:textId="77777777" w:rsidR="00026932" w:rsidRDefault="00CA46BD" w:rsidP="002210EB">
      <w:pPr>
        <w:spacing w:after="40"/>
        <w:jc w:val="both"/>
      </w:pPr>
      <w:r>
        <w:t xml:space="preserve">6. </w:t>
      </w:r>
      <w:proofErr w:type="spellStart"/>
      <w:r>
        <w:t>Отбелязване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международния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околната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>.</w:t>
      </w:r>
    </w:p>
    <w:p w14:paraId="2A5EB2A2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>: 05.06.2027 г.</w:t>
      </w:r>
    </w:p>
    <w:p w14:paraId="0DF7B3EA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групите</w:t>
      </w:r>
      <w:proofErr w:type="spellEnd"/>
    </w:p>
    <w:p w14:paraId="72BDE149" w14:textId="77777777" w:rsidR="00026932" w:rsidRDefault="00CA46BD" w:rsidP="002210EB">
      <w:pPr>
        <w:spacing w:after="40"/>
        <w:jc w:val="both"/>
      </w:pPr>
      <w:r>
        <w:rPr>
          <w:b/>
        </w:rPr>
        <w:t xml:space="preserve">Г) </w:t>
      </w:r>
      <w:proofErr w:type="spellStart"/>
      <w:r>
        <w:rPr>
          <w:b/>
        </w:rPr>
        <w:t>Възпитаване</w:t>
      </w:r>
      <w:proofErr w:type="spellEnd"/>
      <w:r>
        <w:rPr>
          <w:b/>
        </w:rPr>
        <w:t xml:space="preserve"> в </w:t>
      </w:r>
      <w:proofErr w:type="spellStart"/>
      <w:r>
        <w:rPr>
          <w:b/>
        </w:rPr>
        <w:t>интеркултурна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среда</w:t>
      </w:r>
      <w:proofErr w:type="spellEnd"/>
      <w:r>
        <w:rPr>
          <w:b/>
        </w:rPr>
        <w:t>.</w:t>
      </w:r>
    </w:p>
    <w:p w14:paraId="7978A015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беседи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климат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сътрудничество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етническите</w:t>
      </w:r>
      <w:proofErr w:type="spellEnd"/>
      <w:r>
        <w:t xml:space="preserve"> и </w:t>
      </w:r>
      <w:proofErr w:type="spellStart"/>
      <w:r>
        <w:t>културните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>.</w:t>
      </w:r>
    </w:p>
    <w:p w14:paraId="23A23B7E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21D11FFA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</w:p>
    <w:p w14:paraId="6EC46D12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Създаване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мултикултурни</w:t>
      </w:r>
      <w:proofErr w:type="spellEnd"/>
      <w:r>
        <w:t xml:space="preserve"> </w:t>
      </w:r>
      <w:proofErr w:type="spellStart"/>
      <w:r>
        <w:t>общности</w:t>
      </w:r>
      <w:proofErr w:type="spellEnd"/>
      <w:r>
        <w:t xml:space="preserve"> (</w:t>
      </w:r>
      <w:proofErr w:type="spellStart"/>
      <w:r>
        <w:t>състави</w:t>
      </w:r>
      <w:proofErr w:type="spellEnd"/>
      <w:r>
        <w:t xml:space="preserve">, </w:t>
      </w:r>
      <w:proofErr w:type="spellStart"/>
      <w:r>
        <w:t>отбори</w:t>
      </w:r>
      <w:proofErr w:type="spellEnd"/>
      <w:r>
        <w:t xml:space="preserve">, </w:t>
      </w:r>
      <w:proofErr w:type="spellStart"/>
      <w:r>
        <w:t>екипи</w:t>
      </w:r>
      <w:proofErr w:type="spellEnd"/>
      <w:r>
        <w:t xml:space="preserve">),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подобрят</w:t>
      </w:r>
      <w:proofErr w:type="spellEnd"/>
      <w:r>
        <w:t xml:space="preserve"> </w:t>
      </w:r>
      <w:proofErr w:type="spellStart"/>
      <w:r>
        <w:t>междугруповите</w:t>
      </w:r>
      <w:proofErr w:type="spellEnd"/>
      <w:r>
        <w:t xml:space="preserve"> </w:t>
      </w:r>
      <w:proofErr w:type="spellStart"/>
      <w:r>
        <w:t>отношения</w:t>
      </w:r>
      <w:proofErr w:type="spellEnd"/>
      <w:r>
        <w:t>.</w:t>
      </w:r>
    </w:p>
    <w:p w14:paraId="00992EAC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0FA03BF4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</w:p>
    <w:p w14:paraId="1128AD5A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Организиране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изложби</w:t>
      </w:r>
      <w:proofErr w:type="spellEnd"/>
      <w:r>
        <w:t xml:space="preserve">, </w:t>
      </w:r>
      <w:proofErr w:type="spellStart"/>
      <w:r>
        <w:t>посветени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обичаите</w:t>
      </w:r>
      <w:proofErr w:type="spellEnd"/>
      <w:r>
        <w:t xml:space="preserve"> и </w:t>
      </w:r>
      <w:proofErr w:type="spellStart"/>
      <w:r>
        <w:t>традициите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различните</w:t>
      </w:r>
      <w:proofErr w:type="spellEnd"/>
      <w:r>
        <w:t xml:space="preserve"> </w:t>
      </w:r>
      <w:proofErr w:type="spellStart"/>
      <w:r>
        <w:t>етноси</w:t>
      </w:r>
      <w:proofErr w:type="spellEnd"/>
      <w:r>
        <w:t>.</w:t>
      </w:r>
    </w:p>
    <w:p w14:paraId="608F0D07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май</w:t>
      </w:r>
      <w:proofErr w:type="spellEnd"/>
      <w:r>
        <w:t xml:space="preserve"> 2027 г.</w:t>
      </w:r>
    </w:p>
    <w:p w14:paraId="6AF3B7FE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</w:p>
    <w:p w14:paraId="22E689C1" w14:textId="77777777" w:rsidR="00026932" w:rsidRDefault="00CA46BD" w:rsidP="002210EB">
      <w:pPr>
        <w:spacing w:after="40"/>
        <w:jc w:val="both"/>
      </w:pPr>
      <w:r>
        <w:rPr>
          <w:b/>
        </w:rPr>
        <w:t xml:space="preserve">Д) </w:t>
      </w:r>
      <w:proofErr w:type="spellStart"/>
      <w:r>
        <w:rPr>
          <w:b/>
        </w:rPr>
        <w:t>Развиване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физическата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дееспособност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учениците</w:t>
      </w:r>
      <w:proofErr w:type="spellEnd"/>
    </w:p>
    <w:p w14:paraId="013F7BF9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Изготвяне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детски</w:t>
      </w:r>
      <w:proofErr w:type="spellEnd"/>
      <w:r>
        <w:t xml:space="preserve">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.</w:t>
      </w:r>
    </w:p>
    <w:p w14:paraId="7B839E2D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септември</w:t>
      </w:r>
      <w:proofErr w:type="spellEnd"/>
      <w:r>
        <w:t xml:space="preserve"> 2026 г.</w:t>
      </w:r>
    </w:p>
    <w:p w14:paraId="03581053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</w:p>
    <w:p w14:paraId="6476F56D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спортни</w:t>
      </w:r>
      <w:proofErr w:type="spellEnd"/>
      <w:r>
        <w:t xml:space="preserve"> </w:t>
      </w:r>
      <w:proofErr w:type="spellStart"/>
      <w:r>
        <w:t>празници</w:t>
      </w:r>
      <w:proofErr w:type="spellEnd"/>
      <w:r>
        <w:t xml:space="preserve"> и </w:t>
      </w:r>
      <w:proofErr w:type="spellStart"/>
      <w:r>
        <w:t>турнири</w:t>
      </w:r>
      <w:proofErr w:type="spellEnd"/>
      <w:r>
        <w:t>.</w:t>
      </w:r>
    </w:p>
    <w:p w14:paraId="42B2360E" w14:textId="77777777" w:rsidR="00026932" w:rsidRDefault="00CA46BD" w:rsidP="002210EB">
      <w:pPr>
        <w:spacing w:after="40"/>
        <w:jc w:val="both"/>
      </w:pPr>
      <w:proofErr w:type="spellStart"/>
      <w:r>
        <w:t>Срок</w:t>
      </w:r>
      <w:proofErr w:type="spellEnd"/>
      <w:r>
        <w:t xml:space="preserve">: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r>
        <w:t>година</w:t>
      </w:r>
      <w:proofErr w:type="spellEnd"/>
    </w:p>
    <w:p w14:paraId="49D0A0A9" w14:textId="77777777" w:rsidR="00026932" w:rsidRDefault="00CA46BD" w:rsidP="002210EB">
      <w:pPr>
        <w:spacing w:after="40"/>
        <w:jc w:val="both"/>
      </w:pPr>
      <w:proofErr w:type="spellStart"/>
      <w:r>
        <w:t>Отг</w:t>
      </w:r>
      <w:proofErr w:type="spellEnd"/>
      <w:r>
        <w:t xml:space="preserve">.: </w:t>
      </w:r>
      <w:proofErr w:type="spellStart"/>
      <w:r>
        <w:t>Учители</w:t>
      </w:r>
      <w:proofErr w:type="spellEnd"/>
      <w:r>
        <w:t xml:space="preserve">, </w:t>
      </w:r>
      <w:proofErr w:type="spellStart"/>
      <w:r>
        <w:t>директор</w:t>
      </w:r>
      <w:proofErr w:type="spellEnd"/>
    </w:p>
    <w:p w14:paraId="63B04A9C" w14:textId="77777777" w:rsidR="00026932" w:rsidRDefault="00CA46BD" w:rsidP="002210EB">
      <w:pPr>
        <w:spacing w:after="100"/>
        <w:jc w:val="both"/>
      </w:pPr>
      <w:r>
        <w:rPr>
          <w:b/>
          <w:sz w:val="24"/>
        </w:rPr>
        <w:t>V. КОНТРОЛ</w:t>
      </w:r>
    </w:p>
    <w:p w14:paraId="7D2B2CFE" w14:textId="77777777" w:rsidR="00026932" w:rsidRDefault="00CA46BD" w:rsidP="002210EB">
      <w:pPr>
        <w:spacing w:after="40"/>
        <w:jc w:val="both"/>
      </w:pPr>
      <w:r>
        <w:t xml:space="preserve">1. </w:t>
      </w:r>
      <w:proofErr w:type="spellStart"/>
      <w:r>
        <w:t>Контролът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възпитателната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>.</w:t>
      </w:r>
    </w:p>
    <w:p w14:paraId="7C6A02CF" w14:textId="77777777" w:rsidR="00026932" w:rsidRDefault="00CA46BD" w:rsidP="002210EB">
      <w:pPr>
        <w:spacing w:after="40"/>
        <w:jc w:val="both"/>
      </w:pPr>
      <w:r>
        <w:t xml:space="preserve">2.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подлежи</w:t>
      </w:r>
      <w:proofErr w:type="spellEnd"/>
      <w:r>
        <w:t xml:space="preserve"> </w:t>
      </w:r>
      <w:proofErr w:type="spellStart"/>
      <w:r>
        <w:t>цялостната</w:t>
      </w:r>
      <w:proofErr w:type="spellEnd"/>
      <w:r>
        <w:t xml:space="preserve"> </w:t>
      </w:r>
      <w:proofErr w:type="spellStart"/>
      <w:r>
        <w:t>възпитателна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и </w:t>
      </w:r>
      <w:proofErr w:type="spellStart"/>
      <w:r>
        <w:t>плана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контролната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>.</w:t>
      </w:r>
    </w:p>
    <w:p w14:paraId="09FAA6D4" w14:textId="77777777" w:rsidR="00026932" w:rsidRDefault="00CA46BD" w:rsidP="002210EB">
      <w:pPr>
        <w:spacing w:after="40"/>
        <w:jc w:val="both"/>
      </w:pPr>
      <w:r>
        <w:t xml:space="preserve">3. </w:t>
      </w:r>
      <w:proofErr w:type="spellStart"/>
      <w:r>
        <w:t>Резултатите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програмата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отчитат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заседание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педагогическия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>.</w:t>
      </w:r>
    </w:p>
    <w:p w14:paraId="2EF7A04D" w14:textId="77777777" w:rsidR="00544F06" w:rsidRDefault="00544F06">
      <w:pPr>
        <w:spacing w:after="120"/>
        <w:rPr>
          <w:b/>
          <w:sz w:val="24"/>
          <w:lang w:val="bg-BG"/>
        </w:rPr>
      </w:pPr>
    </w:p>
    <w:p w14:paraId="6BE00DEF" w14:textId="58361CB1" w:rsidR="002210EB" w:rsidRPr="00E765A4" w:rsidRDefault="00CA46BD">
      <w:pPr>
        <w:spacing w:after="120"/>
        <w:rPr>
          <w:b/>
          <w:sz w:val="24"/>
          <w:lang w:val="bg-BG"/>
        </w:rPr>
      </w:pPr>
      <w:r>
        <w:rPr>
          <w:b/>
          <w:sz w:val="24"/>
        </w:rPr>
        <w:t>VI. ПРИМЕРНИ ТЕМИ ПО ГРАЖДАНСКО, ЗДРАВНО, ЕКОЛОГИЧНО И ИНТЕРКУЛТУРНО ОБРАЗОВАНИЕ</w:t>
      </w:r>
    </w:p>
    <w:p w14:paraId="0A03992F" w14:textId="77777777" w:rsidR="00E765A4" w:rsidRDefault="00E765A4" w:rsidP="00E765A4">
      <w:pPr>
        <w:rPr>
          <w:lang w:val="bg-BG"/>
        </w:rPr>
      </w:pPr>
    </w:p>
    <w:p w14:paraId="47184E74" w14:textId="77777777" w:rsidR="00E765A4" w:rsidRPr="00E765A4" w:rsidRDefault="00E765A4" w:rsidP="00E765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b/>
          <w:bCs/>
          <w:sz w:val="24"/>
          <w:szCs w:val="24"/>
        </w:rPr>
        <w:t>👶</w:t>
      </w:r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ПЪРВА ГРУПА (3 – 4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години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1245"/>
        <w:gridCol w:w="3895"/>
        <w:gridCol w:w="3525"/>
      </w:tblGrid>
      <w:tr w:rsidR="00E765A4" w:rsidRPr="00E765A4" w14:paraId="67E914E6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A86A2B1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1C1F03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Седмица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DEB791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тематичното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разпределение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2350AB9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Направление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ГЗЕИО</w:t>
            </w:r>
          </w:p>
        </w:tc>
      </w:tr>
      <w:tr w:rsidR="00E765A4" w:rsidRPr="00E765A4" w14:paraId="1A00C241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D3B68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Септември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C0D9C34" w14:textId="738C0D44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  <w:lang w:val="bg-BG"/>
              </w:rPr>
              <w:t>-</w:t>
            </w:r>
            <w:r w:rsidRPr="00E765A4">
              <w:rPr>
                <w:rFonts w:ascii="Arial" w:eastAsia="Times New Roman" w:hAnsi="Arial" w:cs="Arial"/>
                <w:sz w:val="24"/>
                <w:szCs w:val="24"/>
                <w:lang w:val="bg-BG"/>
              </w:rPr>
              <w:lastRenderedPageBreak/>
              <w:t>3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2E3DD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Добре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дошли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детската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градина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играчки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607883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lastRenderedPageBreak/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Адаптация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правила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41592EDF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28F43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Октомври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02E534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C3C939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Есенни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плодове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Моето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семейство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AF703C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Роднински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връзки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24BA289B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67EB1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EB1DE1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A2F0C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Чисти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ръчички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Хубаво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е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имаш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приятел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FCC26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Лична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хигиена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Социални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умения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4607C236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B4979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Декември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27D75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7DF96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Коледа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дома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D4DBF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Традиции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43C76A3B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B27AE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Януари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4215E8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F34823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Снежни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игри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Животните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през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зимата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C7446A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Безопасност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снега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Грижа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животните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0350A61D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43331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0D165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E1FA90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силни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Баба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наближава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A54B8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7541E872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8014F1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4349A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6D233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е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най-добрата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Пролетни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цветя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EC108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Промени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природата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27C80C87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7F577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C4B92C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49A8D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зъбки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Великден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иде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DF18D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Хигиена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Празници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6933EE8F" w14:textId="77777777" w:rsidTr="009B13E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095618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CB1A4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3BC3CB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Слънце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въздух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вода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сме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децата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(24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772C67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</w:tbl>
    <w:p w14:paraId="0853DA6A" w14:textId="77777777" w:rsidR="00E765A4" w:rsidRPr="00E765A4" w:rsidRDefault="00CA46BD" w:rsidP="00E765A4">
      <w:pPr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30E5DDD1">
          <v:rect id="_x0000_i1025" style="width:0;height:1.5pt" o:hralign="center" o:hrstd="t" o:hr="t" fillcolor="#a0a0a0" stroked="f"/>
        </w:pict>
      </w:r>
    </w:p>
    <w:p w14:paraId="13EECEA8" w14:textId="77777777" w:rsidR="00E765A4" w:rsidRPr="00E765A4" w:rsidRDefault="00E765A4" w:rsidP="00E765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b/>
          <w:bCs/>
          <w:sz w:val="24"/>
          <w:szCs w:val="24"/>
        </w:rPr>
        <w:t>👦</w:t>
      </w:r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ВТОРA ГРУПА (4 – 5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години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1327"/>
        <w:gridCol w:w="3772"/>
        <w:gridCol w:w="3565"/>
      </w:tblGrid>
      <w:tr w:rsidR="00E765A4" w:rsidRPr="00E765A4" w14:paraId="411D6BFA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7AB4B5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736E01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Седмица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04FE592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тематичното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разпределение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26D745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Направление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ГЗЕИО</w:t>
            </w:r>
          </w:p>
        </w:tc>
      </w:tr>
      <w:tr w:rsidR="00E765A4" w:rsidRPr="00E765A4" w14:paraId="33E176D2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C41D9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Септември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B0773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2DB0DE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Отново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заедно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групата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Златна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есен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парка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8B1B10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Права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правила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Сезонни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промени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0AFA206C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B9813E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43F846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C7C31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Вкусно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здравословно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Витамини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Моят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93B7A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Здравословно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хранене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Среда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живот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138BFA7C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8BA880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Ноември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701689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C16EA0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Кога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как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търсим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помощ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?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християнското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семейство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61C378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Безопасност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3D13ED4C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152DD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Декември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8CF6F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1EC05E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Сурва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сурва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година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AA448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Обичаи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4DF1EAC3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08358E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Януари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F7272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9A6FA8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Дневен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режим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детето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Кой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живее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гората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5E71A8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Полезни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навици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Биоразнообразие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711A2E84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4C8116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A4FAE93" w14:textId="053BA219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  <w:lang w:val="bg-BG"/>
              </w:rPr>
              <w:t>-1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DE90C4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Обличам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според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времето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Добри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обноски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обществото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89CA1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Превенция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настинки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Етикет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6437C04A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77624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024663" w14:textId="38069FBA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5322D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Празникът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баба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Водата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е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живот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водата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6BD0D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Опазване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ресурсите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0E0E7328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D8BE3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05E39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BF9577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Спорт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Земята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наш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общ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Земята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79C9BB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Двигателна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активност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Пази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Природата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70193C94" w14:textId="77777777" w:rsidTr="009B13E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B64776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846B61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BC559B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родина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България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Празнуваме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заедно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Край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учебната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година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D10946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Национална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идентичност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</w:p>
        </w:tc>
      </w:tr>
    </w:tbl>
    <w:p w14:paraId="1335F6D3" w14:textId="77777777" w:rsidR="00E765A4" w:rsidRPr="00E765A4" w:rsidRDefault="00CA46BD" w:rsidP="00E765A4">
      <w:pPr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7D7B76EF">
          <v:rect id="_x0000_i1026" style="width:0;height:1.5pt" o:hralign="center" o:hrstd="t" o:hr="t" fillcolor="#a0a0a0" stroked="f"/>
        </w:pict>
      </w:r>
    </w:p>
    <w:p w14:paraId="184AB646" w14:textId="77777777" w:rsidR="00E765A4" w:rsidRPr="00E765A4" w:rsidRDefault="00E765A4" w:rsidP="00E765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b/>
          <w:bCs/>
          <w:sz w:val="24"/>
          <w:szCs w:val="24"/>
        </w:rPr>
        <w:t>👧</w:t>
      </w:r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ТРЕТА ПОДГОТВИТЕЛНА ГРУПА (5 – 6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години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1212"/>
        <w:gridCol w:w="3966"/>
        <w:gridCol w:w="3487"/>
      </w:tblGrid>
      <w:tr w:rsidR="00E765A4" w:rsidRPr="00E765A4" w14:paraId="7C0E6DB2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3F690F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CAE1ED1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Седмица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EE124DE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тематичното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разпределение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E505D0C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Направление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ГЗЕИО</w:t>
            </w:r>
          </w:p>
        </w:tc>
      </w:tr>
      <w:tr w:rsidR="00E765A4" w:rsidRPr="00E765A4" w14:paraId="36A7C17F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0934BC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Септември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CF3D4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26DBB4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нашите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правила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групата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Природните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богатства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България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6B69CBC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Общност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Опазване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природата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0E1E071A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CB6FFE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830CF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9447D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Есенна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аптека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Билки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гъби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Правата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детето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Универсални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права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9548F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Детски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права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1E7D9A9C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103273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10460B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FF305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народните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будители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Аз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другите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Толерантност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BEF182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3286FB33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A1067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Декември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38130F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E40164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Храната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приятел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или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враг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Коледа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у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BA34B2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Култура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хранене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Различия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традиции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733C8105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F5F99C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Януари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9C829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C4A1C4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Как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пазим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грип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настинка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Зимно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гостуване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птиците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22C296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Лична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защита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Хранене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птиците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385EE8C2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2E96A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D565C8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529B65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Апостолът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свободата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Левски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Конфликти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как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решаваме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C44D9A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Историческа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памет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Неагресивно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поведение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6BEC3A6F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C14357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52F72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FE0A1D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3-ти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Национален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празник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Пролетно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събуждане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засаждане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7AD3C3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Патриотизъм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Трудово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възпитание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2126D6AC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8AAB7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E0A08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E7AA8D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Разделно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събиране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отпадъци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Лазаровден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Цветница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2AC257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Рециклиране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Фолклор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156FF6FE" w14:textId="77777777" w:rsidTr="009B13E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A06490B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E2D238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4B9E263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Европа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наш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общ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дом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(9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Славянските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първоучители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Кирил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Методий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A2EEE1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</w:tbl>
    <w:p w14:paraId="03632892" w14:textId="77777777" w:rsidR="00E765A4" w:rsidRPr="00E765A4" w:rsidRDefault="00CA46BD" w:rsidP="00E765A4">
      <w:pPr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048EB121">
          <v:rect id="_x0000_i1027" style="width:0;height:1.5pt" o:hralign="center" o:hrstd="t" o:hr="t" fillcolor="#a0a0a0" stroked="f"/>
        </w:pict>
      </w:r>
    </w:p>
    <w:p w14:paraId="0E1828A8" w14:textId="77777777" w:rsidR="00E765A4" w:rsidRPr="00E765A4" w:rsidRDefault="00E765A4" w:rsidP="00E765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b/>
          <w:bCs/>
          <w:sz w:val="24"/>
          <w:szCs w:val="24"/>
        </w:rPr>
        <w:t>🎓</w:t>
      </w:r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ЧЕТВЪРТА ПОДГОТВИТЕЛНА ГРУПА (6 – 7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години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1197"/>
        <w:gridCol w:w="4071"/>
        <w:gridCol w:w="3397"/>
      </w:tblGrid>
      <w:tr w:rsidR="00E765A4" w:rsidRPr="00E765A4" w14:paraId="550DA20D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DC70AC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6DB66CD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Седмица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03AB07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тематичното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разпределение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9C4FC3E" w14:textId="77777777" w:rsidR="00E765A4" w:rsidRPr="00E765A4" w:rsidRDefault="00E765A4" w:rsidP="009B13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Направление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ГЗЕИО</w:t>
            </w:r>
          </w:p>
        </w:tc>
      </w:tr>
      <w:tr w:rsidR="00E765A4" w:rsidRPr="00E765A4" w14:paraId="014A73D5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0EAA2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Септември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8A2ADC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F17EA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Аз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съм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вече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бъдещ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ученик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Екологична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пътека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Защитени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паркове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  <w:p w14:paraId="1296062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769BF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Нова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социална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роля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Червена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книга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781AEA58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4A53B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Октомври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E7AB38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44626C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Световен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прехраната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Институциите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които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помагат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4ABBF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Режим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качество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Полиция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Пожарна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403E5D69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B9D217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Ноември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6199080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DC92FC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Световен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толерантността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Семейни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ценности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традиции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A3BB93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407D190D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3924F7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Декември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FFB5F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2F58D5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Енергията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нейното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пестене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Рождество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Христово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Светлината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празника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13D1C8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lastRenderedPageBreak/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Ресурсоспестяване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lastRenderedPageBreak/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26F84599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A36F1A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Януари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8E2272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705E56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Зависимости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Екрани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таблети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Промените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в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климата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Земята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3F7F0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Дигитална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хигиена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Климатични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промени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1BA0B234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D92B834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Февруари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B17085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23658AF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розовата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фланелка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Антитормоз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Народните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обичаи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Сирни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Заговезни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9F51E8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Справяне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с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тормоза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  <w:tr w:rsidR="00E765A4" w:rsidRPr="00E765A4" w14:paraId="2C0B16E0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EE13F37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243286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70CD6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Символите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държавата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Знаме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Химн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Часът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Земята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Глобални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инициативи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384E326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Държавност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</w:p>
        </w:tc>
      </w:tr>
      <w:tr w:rsidR="00E765A4" w:rsidRPr="00E765A4" w14:paraId="467F247F" w14:textId="77777777" w:rsidTr="009B13E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07962B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BCC1FE8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2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0F0C792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Световен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здравето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(7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април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Аз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опазвам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моя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град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село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чист</w:t>
            </w:r>
            <w:proofErr w:type="spellEnd"/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0250009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Здравно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Медицинска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култура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🌱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Екологично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активност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</w:tr>
      <w:tr w:rsidR="00E765A4" w:rsidRPr="00E765A4" w14:paraId="3DC9DF2C" w14:textId="77777777" w:rsidTr="009B13E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6A80411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B0B12E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1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Седмица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38A039D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самоуправлението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Мога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ли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решавам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?)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Ден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българската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просвета</w:t>
            </w:r>
            <w:proofErr w:type="spellEnd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0B93F9A" w14:textId="77777777" w:rsidR="00E765A4" w:rsidRPr="00E765A4" w:rsidRDefault="00E765A4" w:rsidP="009B13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(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Избор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и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демокрация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🌍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Гражданско</w:t>
            </w:r>
            <w:proofErr w:type="spellEnd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/ </w:t>
            </w:r>
            <w:r w:rsidRPr="00E765A4">
              <w:rPr>
                <w:rFonts w:ascii="Segoe UI Emoji" w:eastAsia="Times New Roman" w:hAnsi="Segoe UI Emoji" w:cs="Segoe UI Emoji"/>
                <w:sz w:val="24"/>
                <w:szCs w:val="24"/>
              </w:rPr>
              <w:t>🕊️</w:t>
            </w:r>
            <w:r w:rsidRPr="00E765A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765A4">
              <w:rPr>
                <w:rFonts w:ascii="Arial" w:eastAsia="Times New Roman" w:hAnsi="Arial" w:cs="Arial"/>
                <w:sz w:val="24"/>
                <w:szCs w:val="24"/>
              </w:rPr>
              <w:t>Мултикултурно</w:t>
            </w:r>
            <w:proofErr w:type="spellEnd"/>
          </w:p>
        </w:tc>
      </w:tr>
    </w:tbl>
    <w:p w14:paraId="048367DD" w14:textId="77777777" w:rsidR="00E765A4" w:rsidRPr="00E765A4" w:rsidRDefault="00CA46BD" w:rsidP="00E765A4">
      <w:pPr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712DEDAA">
          <v:rect id="_x0000_i1028" style="width:0;height:1.5pt" o:hralign="center" o:hrstd="t" o:hr="t" fillcolor="#a0a0a0" stroked="f"/>
        </w:pict>
      </w:r>
    </w:p>
    <w:p w14:paraId="40344AB3" w14:textId="77777777" w:rsidR="00E765A4" w:rsidRDefault="00E765A4" w:rsidP="00E765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bg-BG"/>
        </w:rPr>
      </w:pP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Легенда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направленията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14:paraId="1AE34319" w14:textId="77777777" w:rsidR="00E765A4" w:rsidRPr="00E765A4" w:rsidRDefault="00E765A4" w:rsidP="00E765A4">
      <w:pPr>
        <w:spacing w:after="0" w:line="240" w:lineRule="auto"/>
        <w:rPr>
          <w:rFonts w:ascii="Arial" w:eastAsia="Times New Roman" w:hAnsi="Arial" w:cs="Arial"/>
          <w:sz w:val="24"/>
          <w:szCs w:val="24"/>
          <w:lang w:val="bg-BG"/>
        </w:rPr>
      </w:pPr>
    </w:p>
    <w:p w14:paraId="31227E75" w14:textId="77777777" w:rsidR="00E765A4" w:rsidRPr="00E765A4" w:rsidRDefault="00E765A4" w:rsidP="00E765A4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sz w:val="24"/>
          <w:szCs w:val="24"/>
        </w:rPr>
        <w:t>🌍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Гражданско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образование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Права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задължения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правила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общността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институции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патриотизъм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национални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символи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>.</w:t>
      </w:r>
    </w:p>
    <w:p w14:paraId="135A28A5" w14:textId="77777777" w:rsidR="00E765A4" w:rsidRPr="00E765A4" w:rsidRDefault="00E765A4" w:rsidP="00E765A4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sz w:val="24"/>
          <w:szCs w:val="24"/>
        </w:rPr>
        <w:t>🍏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Здравно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образование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Лична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хигиена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здравословно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хранене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безопасност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превенция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заболявания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дигитална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хигиена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>.</w:t>
      </w:r>
    </w:p>
    <w:p w14:paraId="04D60921" w14:textId="77777777" w:rsidR="00E765A4" w:rsidRPr="00E765A4" w:rsidRDefault="00E765A4" w:rsidP="00E765A4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sz w:val="24"/>
          <w:szCs w:val="24"/>
        </w:rPr>
        <w:t>🌱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Екологично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образование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Опазване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природата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ресурси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вода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енергия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рециклиране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биоразнообразие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сезони</w:t>
      </w:r>
      <w:proofErr w:type="spellEnd"/>
      <w:r w:rsidRPr="00E765A4">
        <w:rPr>
          <w:rFonts w:ascii="Arial" w:eastAsia="Times New Roman" w:hAnsi="Arial" w:cs="Arial"/>
          <w:sz w:val="24"/>
          <w:szCs w:val="24"/>
        </w:rPr>
        <w:t>.</w:t>
      </w:r>
    </w:p>
    <w:p w14:paraId="2228D988" w14:textId="77777777" w:rsidR="00E765A4" w:rsidRPr="00E765A4" w:rsidRDefault="00E765A4" w:rsidP="00E765A4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765A4">
        <w:rPr>
          <w:rFonts w:ascii="Segoe UI Emoji" w:eastAsia="Times New Roman" w:hAnsi="Segoe UI Emoji" w:cs="Segoe UI Emoji"/>
          <w:sz w:val="24"/>
          <w:szCs w:val="24"/>
        </w:rPr>
        <w:t>🕊️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Мултикултурно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Интеркултурно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 xml:space="preserve">) </w:t>
      </w:r>
      <w:proofErr w:type="spellStart"/>
      <w:r w:rsidRPr="00E765A4">
        <w:rPr>
          <w:rFonts w:ascii="Arial" w:eastAsia="Times New Roman" w:hAnsi="Arial" w:cs="Arial"/>
          <w:b/>
          <w:bCs/>
          <w:sz w:val="24"/>
          <w:szCs w:val="24"/>
        </w:rPr>
        <w:t>образование</w:t>
      </w:r>
      <w:proofErr w:type="spellEnd"/>
      <w:r w:rsidRPr="00E765A4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E765A4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765A4">
        <w:rPr>
          <w:rFonts w:ascii="Arial" w:eastAsia="Times New Roman" w:hAnsi="Arial" w:cs="Arial"/>
          <w:sz w:val="24"/>
          <w:szCs w:val="24"/>
        </w:rPr>
        <w:t>Толерантност</w:t>
      </w:r>
      <w:proofErr w:type="spellEnd"/>
    </w:p>
    <w:p w14:paraId="142E0622" w14:textId="77777777" w:rsidR="00E765A4" w:rsidRPr="00544AD2" w:rsidRDefault="00E765A4" w:rsidP="00E765A4">
      <w:pPr>
        <w:rPr>
          <w:lang w:val="bg-BG"/>
        </w:rPr>
      </w:pPr>
    </w:p>
    <w:p w14:paraId="086A5647" w14:textId="77777777" w:rsidR="002210EB" w:rsidRDefault="002210EB">
      <w:pPr>
        <w:spacing w:after="120"/>
        <w:rPr>
          <w:sz w:val="24"/>
          <w:lang w:val="bg-BG"/>
        </w:rPr>
      </w:pPr>
    </w:p>
    <w:p w14:paraId="32F28D29" w14:textId="77777777" w:rsidR="002210EB" w:rsidRDefault="002210EB">
      <w:pPr>
        <w:spacing w:after="120"/>
        <w:rPr>
          <w:sz w:val="24"/>
          <w:lang w:val="bg-BG"/>
        </w:rPr>
      </w:pPr>
    </w:p>
    <w:p w14:paraId="03FD2AA2" w14:textId="77777777" w:rsidR="002210EB" w:rsidRDefault="002210EB">
      <w:pPr>
        <w:spacing w:after="120"/>
        <w:rPr>
          <w:sz w:val="24"/>
          <w:lang w:val="bg-BG"/>
        </w:rPr>
      </w:pPr>
    </w:p>
    <w:p w14:paraId="55CAE469" w14:textId="77777777" w:rsidR="002210EB" w:rsidRDefault="002210EB">
      <w:pPr>
        <w:spacing w:after="120"/>
        <w:rPr>
          <w:sz w:val="24"/>
          <w:lang w:val="bg-BG"/>
        </w:rPr>
      </w:pPr>
    </w:p>
    <w:p w14:paraId="74A741FA" w14:textId="77777777" w:rsidR="002210EB" w:rsidRDefault="002210EB">
      <w:pPr>
        <w:spacing w:after="120"/>
        <w:rPr>
          <w:sz w:val="24"/>
          <w:lang w:val="bg-BG"/>
        </w:rPr>
      </w:pPr>
    </w:p>
    <w:p w14:paraId="081A616F" w14:textId="77777777" w:rsidR="002210EB" w:rsidRDefault="002210EB">
      <w:pPr>
        <w:spacing w:after="120"/>
        <w:rPr>
          <w:sz w:val="24"/>
          <w:lang w:val="bg-BG"/>
        </w:rPr>
      </w:pPr>
    </w:p>
    <w:p w14:paraId="069EDECF" w14:textId="77777777" w:rsidR="002210EB" w:rsidRPr="002210EB" w:rsidRDefault="002210EB">
      <w:pPr>
        <w:spacing w:after="120"/>
        <w:rPr>
          <w:lang w:val="bg-BG"/>
        </w:rPr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26932" w14:paraId="76AB21B3" w14:textId="77777777">
        <w:trPr>
          <w:jc w:val="center"/>
        </w:trPr>
        <w:tc>
          <w:tcPr>
            <w:tcW w:w="4986" w:type="dxa"/>
            <w:vAlign w:val="center"/>
          </w:tcPr>
          <w:p w14:paraId="51A8137A" w14:textId="77777777" w:rsidR="00026932" w:rsidRDefault="00CA46BD">
            <w:pPr>
              <w:jc w:val="center"/>
            </w:pPr>
            <w:r>
              <w:rPr>
                <w:sz w:val="20"/>
              </w:rPr>
              <w:t>ЗДРАВНО ОБРАЗОВАНИЕ</w:t>
            </w:r>
          </w:p>
        </w:tc>
        <w:tc>
          <w:tcPr>
            <w:tcW w:w="4986" w:type="dxa"/>
            <w:vAlign w:val="center"/>
          </w:tcPr>
          <w:p w14:paraId="38001825" w14:textId="77777777" w:rsidR="00026932" w:rsidRDefault="00CA46BD">
            <w:pPr>
              <w:jc w:val="center"/>
            </w:pPr>
            <w:r>
              <w:rPr>
                <w:sz w:val="20"/>
              </w:rPr>
              <w:t>ГРАЖДАНСКО ОБРАЗОВАНИЕ</w:t>
            </w:r>
          </w:p>
        </w:tc>
      </w:tr>
      <w:tr w:rsidR="00026932" w14:paraId="1B5669D8" w14:textId="77777777">
        <w:trPr>
          <w:jc w:val="center"/>
        </w:trPr>
        <w:tc>
          <w:tcPr>
            <w:tcW w:w="4986" w:type="dxa"/>
            <w:vAlign w:val="center"/>
          </w:tcPr>
          <w:p w14:paraId="1E38BD33" w14:textId="77777777" w:rsidR="00026932" w:rsidRDefault="00CA46BD">
            <w:proofErr w:type="spellStart"/>
            <w:r>
              <w:rPr>
                <w:sz w:val="20"/>
              </w:rPr>
              <w:t>Лична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хигиена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чистота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здраве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правила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които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задължителни</w:t>
            </w:r>
            <w:proofErr w:type="spellEnd"/>
          </w:p>
        </w:tc>
        <w:tc>
          <w:tcPr>
            <w:tcW w:w="4986" w:type="dxa"/>
            <w:vAlign w:val="center"/>
          </w:tcPr>
          <w:p w14:paraId="01BF1A09" w14:textId="77777777" w:rsidR="00026932" w:rsidRDefault="00CA46BD">
            <w:proofErr w:type="spellStart"/>
            <w:r>
              <w:rPr>
                <w:sz w:val="20"/>
              </w:rPr>
              <w:t>Медиите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глобалната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мрежа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обществения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живот</w:t>
            </w:r>
            <w:proofErr w:type="spellEnd"/>
          </w:p>
        </w:tc>
      </w:tr>
      <w:tr w:rsidR="00026932" w14:paraId="4896FD0E" w14:textId="77777777">
        <w:trPr>
          <w:jc w:val="center"/>
        </w:trPr>
        <w:tc>
          <w:tcPr>
            <w:tcW w:w="4986" w:type="dxa"/>
            <w:vAlign w:val="center"/>
          </w:tcPr>
          <w:p w14:paraId="5D273B24" w14:textId="77777777" w:rsidR="00026932" w:rsidRDefault="00CA46BD">
            <w:proofErr w:type="spellStart"/>
            <w:r>
              <w:rPr>
                <w:sz w:val="20"/>
              </w:rPr>
              <w:t>Как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храним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живеем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здравословно</w:t>
            </w:r>
            <w:proofErr w:type="spellEnd"/>
          </w:p>
        </w:tc>
        <w:tc>
          <w:tcPr>
            <w:tcW w:w="4986" w:type="dxa"/>
            <w:vAlign w:val="center"/>
          </w:tcPr>
          <w:p w14:paraId="4514C359" w14:textId="77777777" w:rsidR="00026932" w:rsidRDefault="00CA46BD">
            <w:proofErr w:type="spellStart"/>
            <w:r>
              <w:rPr>
                <w:sz w:val="20"/>
              </w:rPr>
              <w:t>Самовъзпитание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волята</w:t>
            </w:r>
            <w:proofErr w:type="spellEnd"/>
            <w:r>
              <w:rPr>
                <w:sz w:val="20"/>
              </w:rPr>
              <w:t xml:space="preserve"> – „</w:t>
            </w:r>
            <w:proofErr w:type="spellStart"/>
            <w:r>
              <w:rPr>
                <w:sz w:val="20"/>
              </w:rPr>
              <w:t>Изгради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сам</w:t>
            </w:r>
            <w:proofErr w:type="spellEnd"/>
            <w:r>
              <w:rPr>
                <w:sz w:val="20"/>
              </w:rPr>
              <w:t>“</w:t>
            </w:r>
            <w:proofErr w:type="gramEnd"/>
          </w:p>
        </w:tc>
      </w:tr>
      <w:tr w:rsidR="00026932" w14:paraId="7AC07415" w14:textId="77777777">
        <w:trPr>
          <w:jc w:val="center"/>
        </w:trPr>
        <w:tc>
          <w:tcPr>
            <w:tcW w:w="4986" w:type="dxa"/>
            <w:vAlign w:val="center"/>
          </w:tcPr>
          <w:p w14:paraId="6376E61D" w14:textId="77777777" w:rsidR="00026932" w:rsidRDefault="00CA46BD">
            <w:proofErr w:type="spellStart"/>
            <w:r>
              <w:rPr>
                <w:sz w:val="20"/>
              </w:rPr>
              <w:t>Измамните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блаженства</w:t>
            </w:r>
            <w:proofErr w:type="spellEnd"/>
          </w:p>
        </w:tc>
        <w:tc>
          <w:tcPr>
            <w:tcW w:w="4986" w:type="dxa"/>
            <w:vAlign w:val="center"/>
          </w:tcPr>
          <w:p w14:paraId="6366D32E" w14:textId="77777777" w:rsidR="00026932" w:rsidRDefault="00CA46BD">
            <w:proofErr w:type="spellStart"/>
            <w:r>
              <w:rPr>
                <w:sz w:val="20"/>
              </w:rPr>
              <w:t>Общуване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между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родители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деца</w:t>
            </w:r>
            <w:proofErr w:type="spellEnd"/>
          </w:p>
        </w:tc>
      </w:tr>
      <w:tr w:rsidR="00026932" w14:paraId="5A5126B0" w14:textId="77777777">
        <w:trPr>
          <w:jc w:val="center"/>
        </w:trPr>
        <w:tc>
          <w:tcPr>
            <w:tcW w:w="4986" w:type="dxa"/>
            <w:vAlign w:val="center"/>
          </w:tcPr>
          <w:p w14:paraId="44324ACE" w14:textId="77777777" w:rsidR="00026932" w:rsidRDefault="00CA46BD">
            <w:proofErr w:type="spellStart"/>
            <w:r>
              <w:rPr>
                <w:sz w:val="20"/>
              </w:rPr>
              <w:t>Здравословно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хранене</w:t>
            </w:r>
            <w:proofErr w:type="spellEnd"/>
          </w:p>
        </w:tc>
        <w:tc>
          <w:tcPr>
            <w:tcW w:w="4986" w:type="dxa"/>
            <w:vAlign w:val="center"/>
          </w:tcPr>
          <w:p w14:paraId="586CA05E" w14:textId="77777777" w:rsidR="00026932" w:rsidRDefault="00CA46BD">
            <w:proofErr w:type="spellStart"/>
            <w:r>
              <w:rPr>
                <w:sz w:val="20"/>
              </w:rPr>
              <w:t>Заедно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срещу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домашното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насилие</w:t>
            </w:r>
            <w:proofErr w:type="spellEnd"/>
          </w:p>
        </w:tc>
      </w:tr>
      <w:tr w:rsidR="00026932" w14:paraId="5F1A20FA" w14:textId="77777777">
        <w:trPr>
          <w:jc w:val="center"/>
        </w:trPr>
        <w:tc>
          <w:tcPr>
            <w:tcW w:w="4986" w:type="dxa"/>
            <w:vAlign w:val="center"/>
          </w:tcPr>
          <w:p w14:paraId="76462765" w14:textId="77777777" w:rsidR="00026932" w:rsidRDefault="00CA46BD">
            <w:proofErr w:type="spellStart"/>
            <w:r>
              <w:rPr>
                <w:sz w:val="20"/>
              </w:rPr>
              <w:t>Хигиена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човешкото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тяло</w:t>
            </w:r>
            <w:proofErr w:type="spellEnd"/>
          </w:p>
        </w:tc>
        <w:tc>
          <w:tcPr>
            <w:tcW w:w="4986" w:type="dxa"/>
            <w:vAlign w:val="center"/>
          </w:tcPr>
          <w:p w14:paraId="7C623863" w14:textId="77777777" w:rsidR="00026932" w:rsidRDefault="00CA46BD">
            <w:proofErr w:type="spellStart"/>
            <w:r>
              <w:rPr>
                <w:sz w:val="20"/>
              </w:rPr>
              <w:t>Конфликтите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как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разрешаваме</w:t>
            </w:r>
            <w:proofErr w:type="spellEnd"/>
          </w:p>
        </w:tc>
      </w:tr>
      <w:tr w:rsidR="00026932" w14:paraId="610200A4" w14:textId="77777777">
        <w:trPr>
          <w:jc w:val="center"/>
        </w:trPr>
        <w:tc>
          <w:tcPr>
            <w:tcW w:w="4986" w:type="dxa"/>
            <w:vAlign w:val="center"/>
          </w:tcPr>
          <w:p w14:paraId="08701022" w14:textId="77777777" w:rsidR="00026932" w:rsidRDefault="00CA46BD">
            <w:proofErr w:type="spellStart"/>
            <w:r>
              <w:rPr>
                <w:sz w:val="20"/>
              </w:rPr>
              <w:t>Психично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здраве</w:t>
            </w:r>
            <w:proofErr w:type="spellEnd"/>
          </w:p>
        </w:tc>
        <w:tc>
          <w:tcPr>
            <w:tcW w:w="4986" w:type="dxa"/>
            <w:vAlign w:val="center"/>
          </w:tcPr>
          <w:p w14:paraId="4E279EC0" w14:textId="77777777" w:rsidR="00026932" w:rsidRDefault="00CA46BD">
            <w:proofErr w:type="spellStart"/>
            <w:r>
              <w:rPr>
                <w:sz w:val="20"/>
              </w:rPr>
              <w:t>Правилата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обществото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гаранция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сигурен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живот</w:t>
            </w:r>
            <w:proofErr w:type="spellEnd"/>
          </w:p>
        </w:tc>
      </w:tr>
      <w:tr w:rsidR="00026932" w14:paraId="255DA22B" w14:textId="77777777">
        <w:trPr>
          <w:jc w:val="center"/>
        </w:trPr>
        <w:tc>
          <w:tcPr>
            <w:tcW w:w="4986" w:type="dxa"/>
            <w:vAlign w:val="center"/>
          </w:tcPr>
          <w:p w14:paraId="24DF8C11" w14:textId="77777777" w:rsidR="00026932" w:rsidRDefault="00026932"/>
        </w:tc>
        <w:tc>
          <w:tcPr>
            <w:tcW w:w="4986" w:type="dxa"/>
            <w:vAlign w:val="center"/>
          </w:tcPr>
          <w:p w14:paraId="2F0D1EA6" w14:textId="77777777" w:rsidR="00026932" w:rsidRDefault="00CA46BD">
            <w:proofErr w:type="spellStart"/>
            <w:r>
              <w:rPr>
                <w:sz w:val="20"/>
              </w:rPr>
              <w:t>Новият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наркотик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Интернет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как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спасим</w:t>
            </w:r>
            <w:proofErr w:type="spellEnd"/>
          </w:p>
        </w:tc>
      </w:tr>
      <w:tr w:rsidR="00026932" w14:paraId="49A9B9CC" w14:textId="77777777">
        <w:trPr>
          <w:jc w:val="center"/>
        </w:trPr>
        <w:tc>
          <w:tcPr>
            <w:tcW w:w="4986" w:type="dxa"/>
            <w:vAlign w:val="center"/>
          </w:tcPr>
          <w:p w14:paraId="142319A0" w14:textId="77777777" w:rsidR="00026932" w:rsidRDefault="00026932"/>
        </w:tc>
        <w:tc>
          <w:tcPr>
            <w:tcW w:w="4986" w:type="dxa"/>
            <w:vAlign w:val="center"/>
          </w:tcPr>
          <w:p w14:paraId="219AC5FA" w14:textId="77777777" w:rsidR="00026932" w:rsidRDefault="00CA46BD"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агресията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насилието</w:t>
            </w:r>
            <w:proofErr w:type="spellEnd"/>
          </w:p>
        </w:tc>
      </w:tr>
      <w:tr w:rsidR="00026932" w14:paraId="0E7F0008" w14:textId="77777777">
        <w:trPr>
          <w:jc w:val="center"/>
        </w:trPr>
        <w:tc>
          <w:tcPr>
            <w:tcW w:w="4986" w:type="dxa"/>
            <w:vAlign w:val="center"/>
          </w:tcPr>
          <w:p w14:paraId="0F49A6DF" w14:textId="77777777" w:rsidR="00026932" w:rsidRDefault="00026932"/>
        </w:tc>
        <w:tc>
          <w:tcPr>
            <w:tcW w:w="4986" w:type="dxa"/>
            <w:vAlign w:val="center"/>
          </w:tcPr>
          <w:p w14:paraId="179371BC" w14:textId="77777777" w:rsidR="00026932" w:rsidRDefault="00CA46BD">
            <w:proofErr w:type="spellStart"/>
            <w:r>
              <w:rPr>
                <w:sz w:val="20"/>
              </w:rPr>
              <w:t>Права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отговорности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какво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тях</w:t>
            </w:r>
            <w:proofErr w:type="spellEnd"/>
          </w:p>
        </w:tc>
      </w:tr>
    </w:tbl>
    <w:p w14:paraId="3930F85E" w14:textId="77777777" w:rsidR="00026932" w:rsidRDefault="00026932">
      <w:pPr>
        <w:spacing w:after="40"/>
      </w:pP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26932" w14:paraId="3A6F7C2E" w14:textId="77777777">
        <w:trPr>
          <w:jc w:val="center"/>
        </w:trPr>
        <w:tc>
          <w:tcPr>
            <w:tcW w:w="4986" w:type="dxa"/>
            <w:vAlign w:val="center"/>
          </w:tcPr>
          <w:p w14:paraId="26B4F03D" w14:textId="77777777" w:rsidR="00026932" w:rsidRDefault="00CA46BD">
            <w:pPr>
              <w:jc w:val="center"/>
            </w:pPr>
            <w:r>
              <w:rPr>
                <w:sz w:val="20"/>
              </w:rPr>
              <w:t>ЕКОЛОГИЧНО ОБРАЗОВАНИЕ</w:t>
            </w:r>
          </w:p>
        </w:tc>
        <w:tc>
          <w:tcPr>
            <w:tcW w:w="4986" w:type="dxa"/>
            <w:vAlign w:val="center"/>
          </w:tcPr>
          <w:p w14:paraId="06710F95" w14:textId="77777777" w:rsidR="00026932" w:rsidRDefault="00CA46BD">
            <w:pPr>
              <w:jc w:val="center"/>
            </w:pPr>
            <w:r>
              <w:rPr>
                <w:sz w:val="20"/>
              </w:rPr>
              <w:t>ИНТЕРКУЛТУРНО ОБРАЗОВАНИЕ</w:t>
            </w:r>
          </w:p>
        </w:tc>
      </w:tr>
      <w:tr w:rsidR="00026932" w14:paraId="29274CE3" w14:textId="77777777">
        <w:trPr>
          <w:jc w:val="center"/>
        </w:trPr>
        <w:tc>
          <w:tcPr>
            <w:tcW w:w="4986" w:type="dxa"/>
            <w:vAlign w:val="center"/>
          </w:tcPr>
          <w:p w14:paraId="61FBBB43" w14:textId="77777777" w:rsidR="00026932" w:rsidRDefault="00CA46BD">
            <w:proofErr w:type="spellStart"/>
            <w:r>
              <w:rPr>
                <w:sz w:val="20"/>
              </w:rPr>
              <w:t>Човешкото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всекидневие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източници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замърсяване</w:t>
            </w:r>
            <w:proofErr w:type="spellEnd"/>
          </w:p>
        </w:tc>
        <w:tc>
          <w:tcPr>
            <w:tcW w:w="4986" w:type="dxa"/>
            <w:vAlign w:val="center"/>
          </w:tcPr>
          <w:p w14:paraId="114BEF48" w14:textId="77777777" w:rsidR="00026932" w:rsidRDefault="00CA46BD">
            <w:proofErr w:type="spellStart"/>
            <w:r>
              <w:rPr>
                <w:sz w:val="20"/>
              </w:rPr>
              <w:t>Лесно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</w:t>
            </w:r>
            <w:proofErr w:type="spellEnd"/>
            <w:r>
              <w:rPr>
                <w:sz w:val="20"/>
              </w:rPr>
              <w:t xml:space="preserve"> е </w:t>
            </w:r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бъдеш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толерантен</w:t>
            </w:r>
            <w:proofErr w:type="spellEnd"/>
            <w:r>
              <w:rPr>
                <w:sz w:val="20"/>
              </w:rPr>
              <w:t>?</w:t>
            </w:r>
          </w:p>
        </w:tc>
      </w:tr>
      <w:tr w:rsidR="00026932" w14:paraId="438EB4A0" w14:textId="77777777">
        <w:trPr>
          <w:jc w:val="center"/>
        </w:trPr>
        <w:tc>
          <w:tcPr>
            <w:tcW w:w="4986" w:type="dxa"/>
            <w:vAlign w:val="center"/>
          </w:tcPr>
          <w:p w14:paraId="63BD6EFD" w14:textId="77777777" w:rsidR="00026932" w:rsidRDefault="00CA46BD">
            <w:proofErr w:type="spellStart"/>
            <w:r>
              <w:rPr>
                <w:sz w:val="20"/>
              </w:rPr>
              <w:t>Видове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отпадъци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битови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производствени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строителни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др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4986" w:type="dxa"/>
            <w:vAlign w:val="center"/>
          </w:tcPr>
          <w:p w14:paraId="7557C788" w14:textId="77777777" w:rsidR="00026932" w:rsidRDefault="00CA46BD">
            <w:proofErr w:type="spellStart"/>
            <w:r>
              <w:rPr>
                <w:sz w:val="20"/>
              </w:rPr>
              <w:t>Конфликти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мултикултурна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среда</w:t>
            </w:r>
            <w:proofErr w:type="spellEnd"/>
          </w:p>
        </w:tc>
      </w:tr>
      <w:tr w:rsidR="00026932" w14:paraId="70D6D41F" w14:textId="77777777">
        <w:trPr>
          <w:jc w:val="center"/>
        </w:trPr>
        <w:tc>
          <w:tcPr>
            <w:tcW w:w="4986" w:type="dxa"/>
            <w:vAlign w:val="center"/>
          </w:tcPr>
          <w:p w14:paraId="54B440A8" w14:textId="77777777" w:rsidR="00026932" w:rsidRDefault="00CA46BD">
            <w:proofErr w:type="spellStart"/>
            <w:r>
              <w:rPr>
                <w:sz w:val="20"/>
              </w:rPr>
              <w:t>Видове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замърсявания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околната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среда</w:t>
            </w:r>
            <w:proofErr w:type="spellEnd"/>
            <w:r>
              <w:rPr>
                <w:sz w:val="20"/>
              </w:rPr>
              <w:t xml:space="preserve"> - </w:t>
            </w:r>
            <w:proofErr w:type="spellStart"/>
            <w:r>
              <w:rPr>
                <w:sz w:val="20"/>
              </w:rPr>
              <w:t>последици</w:t>
            </w:r>
            <w:proofErr w:type="spellEnd"/>
          </w:p>
        </w:tc>
        <w:tc>
          <w:tcPr>
            <w:tcW w:w="4986" w:type="dxa"/>
            <w:vAlign w:val="center"/>
          </w:tcPr>
          <w:p w14:paraId="22214167" w14:textId="77777777" w:rsidR="00026932" w:rsidRDefault="00CA46BD">
            <w:proofErr w:type="spellStart"/>
            <w:r>
              <w:rPr>
                <w:sz w:val="20"/>
              </w:rPr>
              <w:t>Да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приемем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различния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защото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сме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различни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него</w:t>
            </w:r>
            <w:proofErr w:type="spellEnd"/>
          </w:p>
        </w:tc>
      </w:tr>
      <w:tr w:rsidR="00026932" w14:paraId="308579E5" w14:textId="77777777">
        <w:trPr>
          <w:jc w:val="center"/>
        </w:trPr>
        <w:tc>
          <w:tcPr>
            <w:tcW w:w="4986" w:type="dxa"/>
            <w:vAlign w:val="center"/>
          </w:tcPr>
          <w:p w14:paraId="7C94A2F1" w14:textId="77777777" w:rsidR="00026932" w:rsidRDefault="00CA46BD">
            <w:proofErr w:type="spellStart"/>
            <w:r>
              <w:rPr>
                <w:sz w:val="20"/>
              </w:rPr>
              <w:t>Водата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природен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ресурс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основен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фактор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живот</w:t>
            </w:r>
            <w:proofErr w:type="spellEnd"/>
          </w:p>
        </w:tc>
        <w:tc>
          <w:tcPr>
            <w:tcW w:w="4986" w:type="dxa"/>
            <w:vAlign w:val="center"/>
          </w:tcPr>
          <w:p w14:paraId="6D3BF727" w14:textId="77777777" w:rsidR="00026932" w:rsidRDefault="00CA46BD">
            <w:proofErr w:type="spellStart"/>
            <w:r>
              <w:rPr>
                <w:sz w:val="20"/>
              </w:rPr>
              <w:t>Толерантност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търпимост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уважение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към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другите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към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себе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си</w:t>
            </w:r>
            <w:proofErr w:type="spellEnd"/>
          </w:p>
        </w:tc>
      </w:tr>
      <w:tr w:rsidR="00026932" w14:paraId="1C243968" w14:textId="77777777">
        <w:trPr>
          <w:jc w:val="center"/>
        </w:trPr>
        <w:tc>
          <w:tcPr>
            <w:tcW w:w="4986" w:type="dxa"/>
            <w:vAlign w:val="center"/>
          </w:tcPr>
          <w:p w14:paraId="0BA2213C" w14:textId="77777777" w:rsidR="00026932" w:rsidRDefault="00CA46BD">
            <w:proofErr w:type="spellStart"/>
            <w:r>
              <w:rPr>
                <w:sz w:val="20"/>
              </w:rPr>
              <w:t>Категории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защитени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територии</w:t>
            </w:r>
            <w:proofErr w:type="spellEnd"/>
          </w:p>
        </w:tc>
        <w:tc>
          <w:tcPr>
            <w:tcW w:w="4986" w:type="dxa"/>
            <w:vAlign w:val="center"/>
          </w:tcPr>
          <w:p w14:paraId="65E1A282" w14:textId="77777777" w:rsidR="00026932" w:rsidRDefault="00CA46BD">
            <w:proofErr w:type="spellStart"/>
            <w:r>
              <w:rPr>
                <w:sz w:val="20"/>
              </w:rPr>
              <w:t>Приятели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врагове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междуполово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разбирателство</w:t>
            </w:r>
            <w:proofErr w:type="spellEnd"/>
          </w:p>
        </w:tc>
      </w:tr>
      <w:tr w:rsidR="00026932" w14:paraId="05CDAAEB" w14:textId="77777777">
        <w:trPr>
          <w:jc w:val="center"/>
        </w:trPr>
        <w:tc>
          <w:tcPr>
            <w:tcW w:w="4986" w:type="dxa"/>
            <w:vAlign w:val="center"/>
          </w:tcPr>
          <w:p w14:paraId="34BB1F00" w14:textId="77777777" w:rsidR="00026932" w:rsidRDefault="00CA46BD">
            <w:proofErr w:type="spellStart"/>
            <w:r>
              <w:rPr>
                <w:sz w:val="20"/>
              </w:rPr>
              <w:t>Екологични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проблеми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природни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бедствия</w:t>
            </w:r>
            <w:proofErr w:type="spellEnd"/>
          </w:p>
        </w:tc>
        <w:tc>
          <w:tcPr>
            <w:tcW w:w="4986" w:type="dxa"/>
            <w:vAlign w:val="center"/>
          </w:tcPr>
          <w:p w14:paraId="09A12323" w14:textId="77777777" w:rsidR="00026932" w:rsidRDefault="00CA46BD">
            <w:proofErr w:type="spellStart"/>
            <w:r>
              <w:rPr>
                <w:sz w:val="20"/>
              </w:rPr>
              <w:t>Общуване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връстниците</w:t>
            </w:r>
            <w:proofErr w:type="spellEnd"/>
          </w:p>
        </w:tc>
      </w:tr>
      <w:tr w:rsidR="00026932" w14:paraId="2A9E0639" w14:textId="77777777">
        <w:trPr>
          <w:jc w:val="center"/>
        </w:trPr>
        <w:tc>
          <w:tcPr>
            <w:tcW w:w="4986" w:type="dxa"/>
            <w:vAlign w:val="center"/>
          </w:tcPr>
          <w:p w14:paraId="3E22AB80" w14:textId="77777777" w:rsidR="00026932" w:rsidRDefault="00CA46BD">
            <w:proofErr w:type="spellStart"/>
            <w:r>
              <w:rPr>
                <w:sz w:val="20"/>
              </w:rPr>
              <w:t>Разделно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събиране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отпадъци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Рециклиране</w:t>
            </w:r>
            <w:proofErr w:type="spellEnd"/>
          </w:p>
        </w:tc>
        <w:tc>
          <w:tcPr>
            <w:tcW w:w="4986" w:type="dxa"/>
            <w:vAlign w:val="center"/>
          </w:tcPr>
          <w:p w14:paraId="531A14D5" w14:textId="77777777" w:rsidR="00026932" w:rsidRDefault="00CA46BD">
            <w:proofErr w:type="spellStart"/>
            <w:r>
              <w:rPr>
                <w:sz w:val="20"/>
              </w:rPr>
              <w:t>Моята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личност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моят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свят</w:t>
            </w:r>
            <w:proofErr w:type="spellEnd"/>
          </w:p>
        </w:tc>
      </w:tr>
    </w:tbl>
    <w:p w14:paraId="0B618031" w14:textId="77777777" w:rsidR="00026932" w:rsidRDefault="00026932">
      <w:pPr>
        <w:spacing w:after="80"/>
      </w:pPr>
    </w:p>
    <w:p w14:paraId="367F9638" w14:textId="77777777" w:rsidR="00026932" w:rsidRDefault="00CA46BD">
      <w:pPr>
        <w:spacing w:after="40"/>
      </w:pPr>
      <w:proofErr w:type="spellStart"/>
      <w:r>
        <w:rPr>
          <w:i/>
        </w:rPr>
        <w:t>Настоящата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Програма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гражданско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здравно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екологично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интеркултурно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образование</w:t>
      </w:r>
      <w:proofErr w:type="spellEnd"/>
      <w:r>
        <w:rPr>
          <w:i/>
        </w:rPr>
        <w:t xml:space="preserve"> в ДГ № 115 „</w:t>
      </w:r>
      <w:proofErr w:type="spellStart"/>
      <w:r>
        <w:rPr>
          <w:i/>
        </w:rPr>
        <w:t>Осми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март</w:t>
      </w:r>
      <w:proofErr w:type="spellEnd"/>
      <w:r>
        <w:rPr>
          <w:i/>
        </w:rPr>
        <w:t>“ е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разработена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съгласно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Наредба</w:t>
      </w:r>
      <w:proofErr w:type="spellEnd"/>
      <w:r>
        <w:rPr>
          <w:i/>
        </w:rPr>
        <w:t xml:space="preserve"> №13/21.09.2016 г.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Министъра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образованието</w:t>
      </w:r>
      <w:proofErr w:type="spellEnd"/>
      <w:r>
        <w:rPr>
          <w:i/>
        </w:rPr>
        <w:t xml:space="preserve"> и </w:t>
      </w:r>
      <w:proofErr w:type="spellStart"/>
      <w:r>
        <w:rPr>
          <w:i/>
        </w:rPr>
        <w:t>науката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актуализирана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заседание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Педагогическия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съвет</w:t>
      </w:r>
      <w:proofErr w:type="spellEnd"/>
      <w:r>
        <w:rPr>
          <w:i/>
        </w:rPr>
        <w:t xml:space="preserve"> – </w:t>
      </w:r>
      <w:proofErr w:type="spellStart"/>
      <w:r>
        <w:rPr>
          <w:i/>
        </w:rPr>
        <w:t>Протокол</w:t>
      </w:r>
      <w:proofErr w:type="spellEnd"/>
      <w:r>
        <w:rPr>
          <w:i/>
        </w:rPr>
        <w:t xml:space="preserve"> № 1 / 16.09.2026 г. и </w:t>
      </w:r>
      <w:proofErr w:type="spellStart"/>
      <w:r>
        <w:rPr>
          <w:i/>
        </w:rPr>
        <w:t>утвърдена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със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Заповед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директора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</w:t>
      </w:r>
      <w:proofErr w:type="spellEnd"/>
      <w:r>
        <w:rPr>
          <w:i/>
        </w:rPr>
        <w:t xml:space="preserve"> ДГ № 115 „</w:t>
      </w:r>
      <w:proofErr w:type="spellStart"/>
      <w:r>
        <w:rPr>
          <w:i/>
        </w:rPr>
        <w:t>Осми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март</w:t>
      </w:r>
      <w:proofErr w:type="spellEnd"/>
      <w:r>
        <w:rPr>
          <w:i/>
        </w:rPr>
        <w:t>“</w:t>
      </w:r>
      <w:proofErr w:type="gramEnd"/>
      <w:r>
        <w:rPr>
          <w:i/>
        </w:rPr>
        <w:t>.</w:t>
      </w:r>
    </w:p>
    <w:sectPr w:rsidR="00026932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573C1A"/>
    <w:multiLevelType w:val="multilevel"/>
    <w:tmpl w:val="C1A2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520863">
    <w:abstractNumId w:val="8"/>
  </w:num>
  <w:num w:numId="2" w16cid:durableId="774402379">
    <w:abstractNumId w:val="6"/>
  </w:num>
  <w:num w:numId="3" w16cid:durableId="1903634578">
    <w:abstractNumId w:val="5"/>
  </w:num>
  <w:num w:numId="4" w16cid:durableId="862288250">
    <w:abstractNumId w:val="4"/>
  </w:num>
  <w:num w:numId="5" w16cid:durableId="1180705776">
    <w:abstractNumId w:val="7"/>
  </w:num>
  <w:num w:numId="6" w16cid:durableId="91630975">
    <w:abstractNumId w:val="3"/>
  </w:num>
  <w:num w:numId="7" w16cid:durableId="841121386">
    <w:abstractNumId w:val="2"/>
  </w:num>
  <w:num w:numId="8" w16cid:durableId="1935356719">
    <w:abstractNumId w:val="1"/>
  </w:num>
  <w:num w:numId="9" w16cid:durableId="539052723">
    <w:abstractNumId w:val="0"/>
  </w:num>
  <w:num w:numId="10" w16cid:durableId="495267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350"/>
    <w:rsid w:val="00026932"/>
    <w:rsid w:val="00034616"/>
    <w:rsid w:val="0006063C"/>
    <w:rsid w:val="0015074B"/>
    <w:rsid w:val="00184424"/>
    <w:rsid w:val="001C31F8"/>
    <w:rsid w:val="002210EB"/>
    <w:rsid w:val="0029639D"/>
    <w:rsid w:val="00326F90"/>
    <w:rsid w:val="00361A79"/>
    <w:rsid w:val="003807DE"/>
    <w:rsid w:val="00544F06"/>
    <w:rsid w:val="00831679"/>
    <w:rsid w:val="008A287D"/>
    <w:rsid w:val="009C6FF5"/>
    <w:rsid w:val="00AA1D8D"/>
    <w:rsid w:val="00AA63E7"/>
    <w:rsid w:val="00B47730"/>
    <w:rsid w:val="00CB0664"/>
    <w:rsid w:val="00DB6C71"/>
    <w:rsid w:val="00E765A4"/>
    <w:rsid w:val="00EB47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B6BCAA"/>
  <w14:defaultImageDpi w14:val="300"/>
  <w15:docId w15:val="{68B07AD1-4B00-4CA7-86E8-75ECE8C7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qUFtSK25qoNu/xnSV8wHAly/ESyfSxsBwS8nqPZJDcI=</DigestValue>
    </Reference>
    <Reference Type="http://www.w3.org/2000/09/xmldsig#Object" URI="#idOfficeObject">
      <DigestMethod Algorithm="http://www.w3.org/2001/04/xmlenc#sha256"/>
      <DigestValue>Q5qlB46/CJIhGW5jke99rJrN7xntyUGwAR2Wo4XrD1Y=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82Av24RtL/EjX2f1gZ+eXgq5pLY1r1aH3IXLpbFBf7s=</DigestValue>
    </Reference>
    <Reference Type="http://www.w3.org/2000/09/xmldsig#Object" URI="#idValidSigLnImg">
      <DigestMethod Algorithm="http://www.w3.org/2001/04/xmlenc#sha256"/>
      <DigestValue>p7bdzz5XfHuBJarlnSKVSBfcXZp7i2lmenYAMRTkYEg=</DigestValue>
    </Reference>
    <Reference Type="http://www.w3.org/2000/09/xmldsig#Object" URI="#idInvalidSigLnImg">
      <DigestMethod Algorithm="http://www.w3.org/2001/04/xmlenc#sha256"/>
      <DigestValue>87jgAEso0jpq+6sqBb8NveRcuXRapypNFUaEc1KI818=</DigestValue>
    </Reference>
  </SignedInfo>
  <SignatureValue>d/C1Hjh/oXryEnjI5j1Wp/R4OpiFvWTaAD7u7gaVRqkyyOlr0Zwx6ZqmtF6019SNZUpfFxEV/WQ8
rp4M34zfovrvPcTsV5enAvqQtQ7ivWuKvXTMSuQYFseMvQ1urDBdkOT+8/LqJl1Xg2+3oeEy2uJ5
vqc5IouNhevfjNpWTNpRRCkSFRXYkX7R9r9JsHFhpFIcdAy3LGURMOg7l4qWCK9eDnLoZx73bdyU
MIRyH1ktAK/y24kZkkUB+FSUTYxNcIn0g/pjL/QLj5r+G7/B98POF+PWNMO5YdXmKKADWy7kFD+/
J+/eRZt7/nZACv6vKt61L7RbyxZS3IQyItAMrA==</SignatureValue>
  <KeyInfo>
    <X509Data>
      <X509Certificate>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2rPMxh/bh70329apX3VKO0J/PbfEO5rTVzbudYbSEH0=</DigestValue>
      </Reference>
      <Reference URI="/word/document.xml?ContentType=application/vnd.openxmlformats-officedocument.wordprocessingml.document.main+xml">
        <DigestMethod Algorithm="http://www.w3.org/2001/04/xmlenc#sha256"/>
        <DigestValue>/lyC4vvlD0V0L0+pEN2zz3HXhL37usispWJTqtXew9Q=</DigestValue>
      </Reference>
      <Reference URI="/word/fontTable.xml?ContentType=application/vnd.openxmlformats-officedocument.wordprocessingml.fontTable+xml">
        <DigestMethod Algorithm="http://www.w3.org/2001/04/xmlenc#sha256"/>
        <DigestValue>sMu1m08kz66KcYG2/LLL8+mcVsbgXT5Bc6xL2kfA1Dg=</DigestValue>
      </Reference>
      <Reference URI="/word/media/image1.emf?ContentType=image/x-emf">
        <DigestMethod Algorithm="http://www.w3.org/2001/04/xmlenc#sha256"/>
        <DigestValue>XbEGDgX6DkQ7vaKVexO6Q/x84syLZIEeFnGhNU73VSA=</DigestValue>
      </Reference>
      <Reference URI="/word/numbering.xml?ContentType=application/vnd.openxmlformats-officedocument.wordprocessingml.numbering+xml">
        <DigestMethod Algorithm="http://www.w3.org/2001/04/xmlenc#sha256"/>
        <DigestValue>KNPpdQ28B0vcfAFDLPJTpDH8vaHRpv6e75n486hUTqg=</DigestValue>
      </Reference>
      <Reference URI="/word/settings.xml?ContentType=application/vnd.openxmlformats-officedocument.wordprocessingml.settings+xml">
        <DigestMethod Algorithm="http://www.w3.org/2001/04/xmlenc#sha256"/>
        <DigestValue>RDZYRGWHq299C8AcxeK2pX6BM31J4Mlds/N1oDgeosM=</DigestValue>
      </Reference>
      <Reference URI="/word/styles.xml?ContentType=application/vnd.openxmlformats-officedocument.wordprocessingml.styles+xml">
        <DigestMethod Algorithm="http://www.w3.org/2001/04/xmlenc#sha256"/>
        <DigestValue>CoH8jd06JWDvxDEhX+P6xfsReSVtLQNSSG1dSdjXdiE=</DigestValue>
      </Reference>
      <Reference URI="/word/theme/theme1.xml?ContentType=application/vnd.openxmlformats-officedocument.theme+xml">
        <DigestMethod Algorithm="http://www.w3.org/2001/04/xmlenc#sha256"/>
        <DigestValue>sildMZiJPSwD9eWEx0mhV1G3mK79zZvuKInxOQPWjLI=</DigestValue>
      </Reference>
      <Reference URI="/word/webSettings.xml?ContentType=application/vnd.openxmlformats-officedocument.wordprocessingml.webSettings+xml">
        <DigestMethod Algorithm="http://www.w3.org/2001/04/xmlenc#sha256"/>
        <DigestValue>JGypTly+At+BgC+D8UP4KZZv3vk7wkL6Vo4d4kl+zeo=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2026-10-04T23:07:57Z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{9EAB8569-A0F8-4352-85BE-2DE85D31479F}</SetupID>
          <SignatureText>Елена Димитрова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2026-10-04T23:07:57Z</xd:SigningTime>
          <xd:SigningCertificate>
            <xd:Cert>
              <xd:CertDigest>
                <DigestMethod Algorithm="http://www.w3.org/2001/04/xmlenc#sha256"/>
                <DigestValue>IS8DvNMDvKCyipcyIU0lsYj/YgdkdYdu3Xmg2zR2qJs=</DigestValue>
              </xd:CertDigest>
              <xd:IssuerSerial>
                <X509IssuerName>DC=net + DC=windows + CN=MS-Organization-Access + OU=82dbaca4-3e81-46ca-9c73-0950c1eaca97</X509IssuerName>
                <X509SerialNumber>46916599654204986674039381816148621390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IBAACfAAAAAAAAAAAAAADZGAAAOwsAACBFTUYAAAEAWBwAAKoAAAAGAAAAAAAAAAAAAAAAAAAAgAcAADgEAABYAQAAwgAAAAAAAAAAAAAAAAAAAMA/BQDQ9QIACgAAABAAAAAAAAAAAAAAAEsAAAAQAAAAAAAAAAUAAAAeAAAAGAAAAAAAAAAAAAAAYwEAAKAAAAAnAAAAGAAAAAEAAAAAAAAAAAAAAAAAAAAlAAAADAAAAAEAAABMAAAAZAAAAAAAAAAAAAAAYgEAAJ8AAAAAAAAAAAAAAGM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uFHvZ5ZZ0KxXAAAAAACQCyMES3qWWcj2PwQCAAAAOmnUUbtnllkgAAAAaD04UphZCxgAAEAA4NdZITjIN1IcrVcA0NYLdzCyVwDQ1gt3AAAAAAAAAAALaIfS0AKGAAAAQAAwslcAAAAAAAAAAAAcrVcAM964UQAAVwDwzVYl/////9isVwA9EbhR0LFXAHC1BndfF9+l/v///zStVwB0mgd3AAAAACAAAADAxzdSaK1XAFCtVwAAAAAAAAAAAGH74HUgAAAABgAAAGiuVwBorlcAAAIAAPz///8BAAAAAAAAAAAAAAAAAAAAAAAAAAAAAAAAAAAAZHYACAAAAAAlAAAADAAAAAMAAAAYAAAADAAAAAAAAAASAAAADAAAAAEAAAAWAAAADAAAAAgAAABUAAAAVAAAAAwAAAA3AAAAIAAAAFoAAAABAAAAVVWPQSa0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</Object>
  <Object Id="idInvalidSigLnImg">AQAAAGwAAAAAAAAAAAAAAGIBAACfAAAAAAAAAAAAAADZGAAAOwsAACBFTUYAAAEAzCIAALEAAAAGAAAAAAAAAAAAAAAAAAAAgAcAADgEAABYAQAAwgAAAAAAAAAAAAAAAAAAAMA/BQDQ9QIACgAAABAAAAAAAAAAAAAAAEsAAAAQAAAAAAAAAAUAAAAeAAAAGAAAAAAAAAAAAAAAYwEAAKAAAAAnAAAAGAAAAAEAAAAAAAAAAAAAAAAAAAAlAAAADAAAAAEAAABMAAAAZAAAAAAAAAAAAAAAYgEAAJ8AAAAAAAAAAAAAAGM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2214932: ДГ № 115 - София</cp:lastModifiedBy>
  <cp:revision>13</cp:revision>
  <dcterms:created xsi:type="dcterms:W3CDTF">2013-12-23T23:15:00Z</dcterms:created>
  <dcterms:modified xsi:type="dcterms:W3CDTF">2026-10-04T23:07:00Z</dcterms:modified>
  <cp:category/>
</cp:coreProperties>
</file>